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8732E" w14:textId="77777777" w:rsidR="007868F2" w:rsidRPr="007F2C69" w:rsidRDefault="00000000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color w:val="00B0F0"/>
          <w:sz w:val="40"/>
          <w:lang w:val="it-IT"/>
        </w:rPr>
        <w:t>REGISTRUL SPAȚIILOR VERZI DIN INTRAVILAN</w:t>
      </w:r>
    </w:p>
    <w:p w14:paraId="5E178300" w14:textId="77777777" w:rsidR="007868F2" w:rsidRPr="007F2C69" w:rsidRDefault="00000000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sz w:val="32"/>
          <w:lang w:val="it-IT"/>
        </w:rPr>
        <w:t>COMUNA BISTREȚ</w:t>
      </w:r>
    </w:p>
    <w:p w14:paraId="4709884B" w14:textId="77777777" w:rsidR="007868F2" w:rsidRPr="007F2C69" w:rsidRDefault="00000000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sz w:val="32"/>
          <w:lang w:val="it-IT"/>
        </w:rPr>
        <w:t>JUDEȚUL DOLJ</w:t>
      </w:r>
    </w:p>
    <w:p w14:paraId="53BE714C" w14:textId="77777777" w:rsidR="007868F2" w:rsidRPr="007F2C69" w:rsidRDefault="00000000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color w:val="7030A0"/>
          <w:sz w:val="32"/>
          <w:lang w:val="it-IT"/>
        </w:rPr>
        <w:t>CENTRALIZATOR SPAȚII VERZI</w:t>
      </w:r>
    </w:p>
    <w:p w14:paraId="4C0D5876" w14:textId="77777777" w:rsidR="007868F2" w:rsidRDefault="007868F2">
      <w:pPr>
        <w:rPr>
          <w:lang w:val="it-IT"/>
        </w:rPr>
      </w:pPr>
    </w:p>
    <w:p w14:paraId="1F370CA1" w14:textId="77777777" w:rsidR="007F2C69" w:rsidRPr="007F2C69" w:rsidRDefault="007F2C69">
      <w:pPr>
        <w:rPr>
          <w:lang w:val="it-IT"/>
        </w:rPr>
      </w:pPr>
    </w:p>
    <w:p w14:paraId="37077744" w14:textId="77777777" w:rsidR="007868F2" w:rsidRPr="007F2C69" w:rsidRDefault="00000000" w:rsidP="007F2C69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color w:val="00B050"/>
          <w:sz w:val="28"/>
          <w:lang w:val="it-IT"/>
        </w:rPr>
        <w:t>Spații verzi publice cu acces nelimitat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7"/>
        <w:gridCol w:w="1225"/>
        <w:gridCol w:w="1243"/>
        <w:gridCol w:w="1243"/>
        <w:gridCol w:w="1296"/>
        <w:gridCol w:w="1496"/>
        <w:gridCol w:w="1296"/>
      </w:tblGrid>
      <w:tr w:rsidR="007868F2" w14:paraId="5E211DC3" w14:textId="77777777">
        <w:tc>
          <w:tcPr>
            <w:tcW w:w="8638" w:type="dxa"/>
            <w:gridSpan w:val="7"/>
          </w:tcPr>
          <w:p w14:paraId="347741B9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 xml:space="preserve">Alte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categorii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terenuri</w:t>
            </w:r>
            <w:proofErr w:type="spellEnd"/>
          </w:p>
        </w:tc>
      </w:tr>
      <w:tr w:rsidR="007868F2" w14:paraId="1115154E" w14:textId="77777777">
        <w:tc>
          <w:tcPr>
            <w:tcW w:w="1234" w:type="dxa"/>
          </w:tcPr>
          <w:p w14:paraId="377FAD96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1234" w:type="dxa"/>
          </w:tcPr>
          <w:p w14:paraId="383334FA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Nume</w:t>
            </w:r>
          </w:p>
        </w:tc>
        <w:tc>
          <w:tcPr>
            <w:tcW w:w="1234" w:type="dxa"/>
          </w:tcPr>
          <w:p w14:paraId="1F841A5D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</w:t>
            </w:r>
          </w:p>
        </w:tc>
        <w:tc>
          <w:tcPr>
            <w:tcW w:w="1234" w:type="dxa"/>
          </w:tcPr>
          <w:p w14:paraId="29F41676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Suprafața</w:t>
            </w:r>
          </w:p>
        </w:tc>
        <w:tc>
          <w:tcPr>
            <w:tcW w:w="1234" w:type="dxa"/>
          </w:tcPr>
          <w:p w14:paraId="140E7AF2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Tipul spațiului</w:t>
            </w:r>
          </w:p>
        </w:tc>
        <w:tc>
          <w:tcPr>
            <w:tcW w:w="1234" w:type="dxa"/>
          </w:tcPr>
          <w:p w14:paraId="0A8F53BC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CF</w:t>
            </w:r>
          </w:p>
        </w:tc>
        <w:tc>
          <w:tcPr>
            <w:tcW w:w="1234" w:type="dxa"/>
          </w:tcPr>
          <w:p w14:paraId="378C0127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Observații</w:t>
            </w:r>
          </w:p>
        </w:tc>
      </w:tr>
      <w:tr w:rsidR="007868F2" w14:paraId="2D868E9C" w14:textId="77777777">
        <w:tc>
          <w:tcPr>
            <w:tcW w:w="1234" w:type="dxa"/>
          </w:tcPr>
          <w:p w14:paraId="70DF0688" w14:textId="77777777" w:rsidR="00786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234" w:type="dxa"/>
          </w:tcPr>
          <w:p w14:paraId="370A8E43" w14:textId="77777777" w:rsidR="007868F2" w:rsidRDefault="00000000">
            <w:r>
              <w:rPr>
                <w:rFonts w:ascii="Times New Roman" w:hAnsi="Times New Roman"/>
                <w:sz w:val="24"/>
              </w:rPr>
              <w:t>Edificiu de cult</w:t>
            </w:r>
          </w:p>
        </w:tc>
        <w:tc>
          <w:tcPr>
            <w:tcW w:w="1234" w:type="dxa"/>
          </w:tcPr>
          <w:p w14:paraId="2B0067C0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998E832" w14:textId="77777777" w:rsidR="007868F2" w:rsidRDefault="00000000">
            <w:r>
              <w:rPr>
                <w:rFonts w:ascii="Times New Roman" w:hAnsi="Times New Roman"/>
                <w:sz w:val="24"/>
              </w:rPr>
              <w:t>965,01 mp</w:t>
            </w:r>
          </w:p>
        </w:tc>
        <w:tc>
          <w:tcPr>
            <w:tcW w:w="1234" w:type="dxa"/>
          </w:tcPr>
          <w:p w14:paraId="0A10AFE4" w14:textId="77777777" w:rsidR="007868F2" w:rsidRDefault="00000000">
            <w:r>
              <w:rPr>
                <w:rFonts w:ascii="Times New Roman" w:hAnsi="Times New Roman"/>
                <w:sz w:val="24"/>
              </w:rPr>
              <w:t>Biserica Izvorul Tamaduirii</w:t>
            </w:r>
          </w:p>
        </w:tc>
        <w:tc>
          <w:tcPr>
            <w:tcW w:w="1234" w:type="dxa"/>
          </w:tcPr>
          <w:p w14:paraId="3D387C9E" w14:textId="77777777" w:rsidR="007868F2" w:rsidRDefault="00000000">
            <w:r>
              <w:rPr>
                <w:rFonts w:ascii="Times New Roman" w:hAnsi="Times New Roman"/>
                <w:sz w:val="24"/>
              </w:rPr>
              <w:t>39544/partial</w:t>
            </w:r>
          </w:p>
        </w:tc>
        <w:tc>
          <w:tcPr>
            <w:tcW w:w="1234" w:type="dxa"/>
          </w:tcPr>
          <w:p w14:paraId="3B119B7B" w14:textId="77777777" w:rsidR="007868F2" w:rsidRDefault="007868F2"/>
        </w:tc>
      </w:tr>
      <w:tr w:rsidR="007868F2" w14:paraId="72614A30" w14:textId="77777777">
        <w:tc>
          <w:tcPr>
            <w:tcW w:w="1234" w:type="dxa"/>
          </w:tcPr>
          <w:p w14:paraId="1E19B0BE" w14:textId="77777777" w:rsidR="007868F2" w:rsidRDefault="00000000"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234" w:type="dxa"/>
          </w:tcPr>
          <w:p w14:paraId="5A9E3A18" w14:textId="77777777" w:rsidR="007868F2" w:rsidRDefault="00000000">
            <w:r>
              <w:rPr>
                <w:rFonts w:ascii="Times New Roman" w:hAnsi="Times New Roman"/>
                <w:sz w:val="24"/>
              </w:rPr>
              <w:t>Parc</w:t>
            </w:r>
          </w:p>
        </w:tc>
        <w:tc>
          <w:tcPr>
            <w:tcW w:w="1234" w:type="dxa"/>
          </w:tcPr>
          <w:p w14:paraId="03279918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2128D030" w14:textId="77777777" w:rsidR="007868F2" w:rsidRDefault="00000000">
            <w:r>
              <w:rPr>
                <w:rFonts w:ascii="Times New Roman" w:hAnsi="Times New Roman"/>
                <w:sz w:val="24"/>
              </w:rPr>
              <w:t>1.570,88 mp</w:t>
            </w:r>
          </w:p>
        </w:tc>
        <w:tc>
          <w:tcPr>
            <w:tcW w:w="1234" w:type="dxa"/>
          </w:tcPr>
          <w:p w14:paraId="35C78A32" w14:textId="77777777" w:rsidR="007868F2" w:rsidRDefault="00000000">
            <w:r>
              <w:rPr>
                <w:rFonts w:ascii="Times New Roman" w:hAnsi="Times New Roman"/>
                <w:sz w:val="24"/>
              </w:rPr>
              <w:t>Zona ambientala</w:t>
            </w:r>
          </w:p>
        </w:tc>
        <w:tc>
          <w:tcPr>
            <w:tcW w:w="1234" w:type="dxa"/>
          </w:tcPr>
          <w:p w14:paraId="430D78F4" w14:textId="77777777" w:rsidR="007868F2" w:rsidRDefault="00000000">
            <w:r>
              <w:rPr>
                <w:rFonts w:ascii="Times New Roman" w:hAnsi="Times New Roman"/>
                <w:sz w:val="24"/>
              </w:rPr>
              <w:t>39626/partial</w:t>
            </w:r>
          </w:p>
        </w:tc>
        <w:tc>
          <w:tcPr>
            <w:tcW w:w="1234" w:type="dxa"/>
          </w:tcPr>
          <w:p w14:paraId="76E60BD8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74332783" w14:textId="77777777">
        <w:tc>
          <w:tcPr>
            <w:tcW w:w="1234" w:type="dxa"/>
          </w:tcPr>
          <w:p w14:paraId="196802DC" w14:textId="77777777" w:rsidR="007868F2" w:rsidRDefault="00000000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234" w:type="dxa"/>
          </w:tcPr>
          <w:p w14:paraId="4642694B" w14:textId="77777777" w:rsidR="007868F2" w:rsidRDefault="00000000">
            <w:r>
              <w:rPr>
                <w:rFonts w:ascii="Times New Roman" w:hAnsi="Times New Roman"/>
                <w:sz w:val="24"/>
              </w:rPr>
              <w:t>Parc Bistret</w:t>
            </w:r>
          </w:p>
        </w:tc>
        <w:tc>
          <w:tcPr>
            <w:tcW w:w="1234" w:type="dxa"/>
          </w:tcPr>
          <w:p w14:paraId="7CCE4500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039FA47" w14:textId="77777777" w:rsidR="007868F2" w:rsidRDefault="00000000">
            <w:r>
              <w:rPr>
                <w:rFonts w:ascii="Times New Roman" w:hAnsi="Times New Roman"/>
                <w:sz w:val="24"/>
              </w:rPr>
              <w:t>674,05 mp</w:t>
            </w:r>
          </w:p>
        </w:tc>
        <w:tc>
          <w:tcPr>
            <w:tcW w:w="1234" w:type="dxa"/>
          </w:tcPr>
          <w:p w14:paraId="1B433137" w14:textId="77777777" w:rsidR="007868F2" w:rsidRDefault="00000000">
            <w:r>
              <w:rPr>
                <w:rFonts w:ascii="Times New Roman" w:hAnsi="Times New Roman"/>
                <w:sz w:val="24"/>
              </w:rPr>
              <w:t>Zona ambientala</w:t>
            </w:r>
          </w:p>
        </w:tc>
        <w:tc>
          <w:tcPr>
            <w:tcW w:w="1234" w:type="dxa"/>
          </w:tcPr>
          <w:p w14:paraId="7BC3C007" w14:textId="77777777" w:rsidR="007868F2" w:rsidRDefault="00000000">
            <w:r>
              <w:rPr>
                <w:rFonts w:ascii="Times New Roman" w:hAnsi="Times New Roman"/>
                <w:sz w:val="24"/>
              </w:rPr>
              <w:t>39037/partial</w:t>
            </w:r>
          </w:p>
        </w:tc>
        <w:tc>
          <w:tcPr>
            <w:tcW w:w="1234" w:type="dxa"/>
          </w:tcPr>
          <w:p w14:paraId="1FAABD76" w14:textId="77777777" w:rsidR="007868F2" w:rsidRDefault="007868F2"/>
        </w:tc>
      </w:tr>
      <w:tr w:rsidR="007868F2" w14:paraId="6BEA2B0F" w14:textId="77777777">
        <w:tc>
          <w:tcPr>
            <w:tcW w:w="1234" w:type="dxa"/>
          </w:tcPr>
          <w:p w14:paraId="697FD003" w14:textId="77777777" w:rsidR="007868F2" w:rsidRDefault="00000000"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234" w:type="dxa"/>
          </w:tcPr>
          <w:p w14:paraId="675BF401" w14:textId="77777777" w:rsidR="007868F2" w:rsidRDefault="00000000">
            <w:r>
              <w:rPr>
                <w:rFonts w:ascii="Times New Roman" w:hAnsi="Times New Roman"/>
                <w:sz w:val="24"/>
              </w:rPr>
              <w:t>Parc Bistretu Nou</w:t>
            </w:r>
          </w:p>
        </w:tc>
        <w:tc>
          <w:tcPr>
            <w:tcW w:w="1234" w:type="dxa"/>
          </w:tcPr>
          <w:p w14:paraId="4DACC04D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75A2010" w14:textId="77777777" w:rsidR="007868F2" w:rsidRDefault="00000000">
            <w:r>
              <w:rPr>
                <w:rFonts w:ascii="Times New Roman" w:hAnsi="Times New Roman"/>
                <w:sz w:val="24"/>
              </w:rPr>
              <w:t>1.337,37 mp</w:t>
            </w:r>
          </w:p>
        </w:tc>
        <w:tc>
          <w:tcPr>
            <w:tcW w:w="1234" w:type="dxa"/>
          </w:tcPr>
          <w:p w14:paraId="578CFAB3" w14:textId="77777777" w:rsidR="007868F2" w:rsidRDefault="00000000">
            <w:r>
              <w:rPr>
                <w:rFonts w:ascii="Times New Roman" w:hAnsi="Times New Roman"/>
                <w:sz w:val="24"/>
              </w:rPr>
              <w:t>Zona ambientala</w:t>
            </w:r>
          </w:p>
        </w:tc>
        <w:tc>
          <w:tcPr>
            <w:tcW w:w="1234" w:type="dxa"/>
          </w:tcPr>
          <w:p w14:paraId="567A8CA7" w14:textId="77777777" w:rsidR="007868F2" w:rsidRDefault="00000000">
            <w:r>
              <w:rPr>
                <w:rFonts w:ascii="Times New Roman" w:hAnsi="Times New Roman"/>
                <w:sz w:val="24"/>
              </w:rPr>
              <w:t>39453/partial</w:t>
            </w:r>
          </w:p>
        </w:tc>
        <w:tc>
          <w:tcPr>
            <w:tcW w:w="1234" w:type="dxa"/>
          </w:tcPr>
          <w:p w14:paraId="3672C486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4E060705" w14:textId="77777777">
        <w:tc>
          <w:tcPr>
            <w:tcW w:w="1234" w:type="dxa"/>
          </w:tcPr>
          <w:p w14:paraId="1182CB40" w14:textId="77777777" w:rsidR="007868F2" w:rsidRDefault="00000000"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234" w:type="dxa"/>
          </w:tcPr>
          <w:p w14:paraId="61BBFFD5" w14:textId="77777777" w:rsidR="007868F2" w:rsidRDefault="00000000">
            <w:r>
              <w:rPr>
                <w:rFonts w:ascii="Times New Roman" w:hAnsi="Times New Roman"/>
                <w:sz w:val="24"/>
              </w:rPr>
              <w:t>Propus pentru amenajare</w:t>
            </w:r>
          </w:p>
        </w:tc>
        <w:tc>
          <w:tcPr>
            <w:tcW w:w="1234" w:type="dxa"/>
          </w:tcPr>
          <w:p w14:paraId="04528751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D1DE858" w14:textId="77777777" w:rsidR="007868F2" w:rsidRDefault="00000000">
            <w:r>
              <w:rPr>
                <w:rFonts w:ascii="Times New Roman" w:hAnsi="Times New Roman"/>
                <w:sz w:val="24"/>
              </w:rPr>
              <w:t>246,68 mp</w:t>
            </w:r>
          </w:p>
        </w:tc>
        <w:tc>
          <w:tcPr>
            <w:tcW w:w="1234" w:type="dxa"/>
          </w:tcPr>
          <w:p w14:paraId="2F67617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C1308D8" w14:textId="77777777" w:rsidR="007868F2" w:rsidRDefault="00000000">
            <w:r>
              <w:rPr>
                <w:rFonts w:ascii="Times New Roman" w:hAnsi="Times New Roman"/>
                <w:sz w:val="24"/>
              </w:rPr>
              <w:t>42669/partial</w:t>
            </w:r>
          </w:p>
        </w:tc>
        <w:tc>
          <w:tcPr>
            <w:tcW w:w="1234" w:type="dxa"/>
          </w:tcPr>
          <w:p w14:paraId="71470E8C" w14:textId="77777777" w:rsidR="007868F2" w:rsidRDefault="007868F2"/>
        </w:tc>
      </w:tr>
      <w:tr w:rsidR="007868F2" w14:paraId="7586CD63" w14:textId="77777777">
        <w:tc>
          <w:tcPr>
            <w:tcW w:w="1234" w:type="dxa"/>
          </w:tcPr>
          <w:p w14:paraId="584835E3" w14:textId="77777777" w:rsidR="007868F2" w:rsidRDefault="00000000"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234" w:type="dxa"/>
          </w:tcPr>
          <w:p w14:paraId="654834F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E247FA3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79414184" w14:textId="77777777" w:rsidR="007868F2" w:rsidRDefault="00000000">
            <w:r>
              <w:rPr>
                <w:rFonts w:ascii="Times New Roman" w:hAnsi="Times New Roman"/>
                <w:sz w:val="24"/>
              </w:rPr>
              <w:t>1.083,08 mp</w:t>
            </w:r>
          </w:p>
        </w:tc>
        <w:tc>
          <w:tcPr>
            <w:tcW w:w="1234" w:type="dxa"/>
          </w:tcPr>
          <w:p w14:paraId="577B52B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1216118" w14:textId="77777777" w:rsidR="007868F2" w:rsidRDefault="00000000">
            <w:r>
              <w:rPr>
                <w:rFonts w:ascii="Times New Roman" w:hAnsi="Times New Roman"/>
                <w:sz w:val="24"/>
              </w:rPr>
              <w:t>37958/partial</w:t>
            </w:r>
          </w:p>
        </w:tc>
        <w:tc>
          <w:tcPr>
            <w:tcW w:w="1234" w:type="dxa"/>
          </w:tcPr>
          <w:p w14:paraId="6896A00C" w14:textId="77777777" w:rsidR="007868F2" w:rsidRDefault="007868F2"/>
        </w:tc>
      </w:tr>
      <w:tr w:rsidR="007868F2" w14:paraId="3CC5FF58" w14:textId="77777777">
        <w:tc>
          <w:tcPr>
            <w:tcW w:w="1234" w:type="dxa"/>
          </w:tcPr>
          <w:p w14:paraId="4F8257C9" w14:textId="77777777" w:rsidR="007868F2" w:rsidRDefault="00000000"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234" w:type="dxa"/>
          </w:tcPr>
          <w:p w14:paraId="566E879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953C5CD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DD83A8A" w14:textId="77777777" w:rsidR="007868F2" w:rsidRDefault="00000000">
            <w:r>
              <w:rPr>
                <w:rFonts w:ascii="Times New Roman" w:hAnsi="Times New Roman"/>
                <w:sz w:val="24"/>
              </w:rPr>
              <w:t>32.187,29 mp</w:t>
            </w:r>
          </w:p>
        </w:tc>
        <w:tc>
          <w:tcPr>
            <w:tcW w:w="1234" w:type="dxa"/>
          </w:tcPr>
          <w:p w14:paraId="7B4A9DA4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88E90CA" w14:textId="77777777" w:rsidR="007868F2" w:rsidRDefault="00000000">
            <w:r>
              <w:rPr>
                <w:rFonts w:ascii="Times New Roman" w:hAnsi="Times New Roman"/>
                <w:sz w:val="24"/>
              </w:rPr>
              <w:t>37968/partial</w:t>
            </w:r>
          </w:p>
        </w:tc>
        <w:tc>
          <w:tcPr>
            <w:tcW w:w="1234" w:type="dxa"/>
          </w:tcPr>
          <w:p w14:paraId="10558B19" w14:textId="77777777" w:rsidR="007868F2" w:rsidRDefault="007868F2"/>
        </w:tc>
      </w:tr>
      <w:tr w:rsidR="007868F2" w14:paraId="78D48228" w14:textId="77777777">
        <w:tc>
          <w:tcPr>
            <w:tcW w:w="1234" w:type="dxa"/>
          </w:tcPr>
          <w:p w14:paraId="12E1B4D4" w14:textId="77777777" w:rsidR="007868F2" w:rsidRDefault="00000000"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234" w:type="dxa"/>
          </w:tcPr>
          <w:p w14:paraId="77E2E50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67950B3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719D958" w14:textId="77777777" w:rsidR="007868F2" w:rsidRDefault="00000000">
            <w:r>
              <w:rPr>
                <w:rFonts w:ascii="Times New Roman" w:hAnsi="Times New Roman"/>
                <w:sz w:val="24"/>
              </w:rPr>
              <w:t>438,31 mp</w:t>
            </w:r>
          </w:p>
        </w:tc>
        <w:tc>
          <w:tcPr>
            <w:tcW w:w="1234" w:type="dxa"/>
          </w:tcPr>
          <w:p w14:paraId="05B3B12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9A0EBA1" w14:textId="77777777" w:rsidR="007868F2" w:rsidRDefault="00000000">
            <w:r>
              <w:rPr>
                <w:rFonts w:ascii="Times New Roman" w:hAnsi="Times New Roman"/>
                <w:sz w:val="24"/>
              </w:rPr>
              <w:t>37969/partial</w:t>
            </w:r>
          </w:p>
        </w:tc>
        <w:tc>
          <w:tcPr>
            <w:tcW w:w="1234" w:type="dxa"/>
          </w:tcPr>
          <w:p w14:paraId="0D7C68FE" w14:textId="77777777" w:rsidR="007868F2" w:rsidRDefault="007868F2"/>
        </w:tc>
      </w:tr>
      <w:tr w:rsidR="007868F2" w14:paraId="57B33162" w14:textId="77777777">
        <w:tc>
          <w:tcPr>
            <w:tcW w:w="1234" w:type="dxa"/>
          </w:tcPr>
          <w:p w14:paraId="0B9226FB" w14:textId="77777777" w:rsidR="007868F2" w:rsidRDefault="00000000"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1234" w:type="dxa"/>
          </w:tcPr>
          <w:p w14:paraId="00EE14C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89F9C23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E35CB00" w14:textId="77777777" w:rsidR="007868F2" w:rsidRDefault="00000000">
            <w:r>
              <w:rPr>
                <w:rFonts w:ascii="Times New Roman" w:hAnsi="Times New Roman"/>
                <w:sz w:val="24"/>
              </w:rPr>
              <w:t>2.148,27 mp</w:t>
            </w:r>
          </w:p>
        </w:tc>
        <w:tc>
          <w:tcPr>
            <w:tcW w:w="1234" w:type="dxa"/>
          </w:tcPr>
          <w:p w14:paraId="60B98D9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97A152D" w14:textId="77777777" w:rsidR="007868F2" w:rsidRDefault="00000000">
            <w:r>
              <w:rPr>
                <w:rFonts w:ascii="Times New Roman" w:hAnsi="Times New Roman"/>
                <w:sz w:val="24"/>
              </w:rPr>
              <w:t>38890/partial</w:t>
            </w:r>
          </w:p>
        </w:tc>
        <w:tc>
          <w:tcPr>
            <w:tcW w:w="1234" w:type="dxa"/>
          </w:tcPr>
          <w:p w14:paraId="6B8B3D15" w14:textId="77777777" w:rsidR="007868F2" w:rsidRDefault="007868F2"/>
        </w:tc>
      </w:tr>
      <w:tr w:rsidR="007868F2" w14:paraId="31290D93" w14:textId="77777777">
        <w:tc>
          <w:tcPr>
            <w:tcW w:w="1234" w:type="dxa"/>
          </w:tcPr>
          <w:p w14:paraId="107A6607" w14:textId="77777777" w:rsidR="007868F2" w:rsidRDefault="00000000"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1234" w:type="dxa"/>
          </w:tcPr>
          <w:p w14:paraId="42A8E3D3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</w:t>
            </w:r>
            <w:r>
              <w:rPr>
                <w:rFonts w:ascii="Times New Roman" w:hAnsi="Times New Roman"/>
                <w:sz w:val="24"/>
              </w:rPr>
              <w:lastRenderedPageBreak/>
              <w:t>spre amenajare</w:t>
            </w:r>
          </w:p>
        </w:tc>
        <w:tc>
          <w:tcPr>
            <w:tcW w:w="1234" w:type="dxa"/>
          </w:tcPr>
          <w:p w14:paraId="6438E1DA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Bistret</w:t>
            </w:r>
          </w:p>
        </w:tc>
        <w:tc>
          <w:tcPr>
            <w:tcW w:w="1234" w:type="dxa"/>
          </w:tcPr>
          <w:p w14:paraId="753D5DFB" w14:textId="77777777" w:rsidR="007868F2" w:rsidRDefault="00000000">
            <w:r>
              <w:rPr>
                <w:rFonts w:ascii="Times New Roman" w:hAnsi="Times New Roman"/>
                <w:sz w:val="24"/>
              </w:rPr>
              <w:t>817,88 mp</w:t>
            </w:r>
          </w:p>
        </w:tc>
        <w:tc>
          <w:tcPr>
            <w:tcW w:w="1234" w:type="dxa"/>
          </w:tcPr>
          <w:p w14:paraId="4E4B54B4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AFD543C" w14:textId="77777777" w:rsidR="007868F2" w:rsidRDefault="00000000">
            <w:r>
              <w:rPr>
                <w:rFonts w:ascii="Times New Roman" w:hAnsi="Times New Roman"/>
                <w:sz w:val="24"/>
              </w:rPr>
              <w:t>39015/partial</w:t>
            </w:r>
          </w:p>
        </w:tc>
        <w:tc>
          <w:tcPr>
            <w:tcW w:w="1234" w:type="dxa"/>
          </w:tcPr>
          <w:p w14:paraId="23954948" w14:textId="77777777" w:rsidR="007868F2" w:rsidRDefault="007868F2"/>
        </w:tc>
      </w:tr>
      <w:tr w:rsidR="007868F2" w14:paraId="63A77B11" w14:textId="77777777">
        <w:tc>
          <w:tcPr>
            <w:tcW w:w="1234" w:type="dxa"/>
          </w:tcPr>
          <w:p w14:paraId="0EFA7FA5" w14:textId="77777777" w:rsidR="007868F2" w:rsidRDefault="00000000"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1234" w:type="dxa"/>
          </w:tcPr>
          <w:p w14:paraId="3AFF9C1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B14965D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FD976D4" w14:textId="77777777" w:rsidR="007868F2" w:rsidRDefault="00000000">
            <w:r>
              <w:rPr>
                <w:rFonts w:ascii="Times New Roman" w:hAnsi="Times New Roman"/>
                <w:sz w:val="24"/>
              </w:rPr>
              <w:t>2.490,58 mp</w:t>
            </w:r>
          </w:p>
        </w:tc>
        <w:tc>
          <w:tcPr>
            <w:tcW w:w="1234" w:type="dxa"/>
          </w:tcPr>
          <w:p w14:paraId="34B0856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2FA607C" w14:textId="77777777" w:rsidR="007868F2" w:rsidRDefault="00000000">
            <w:r>
              <w:rPr>
                <w:rFonts w:ascii="Times New Roman" w:hAnsi="Times New Roman"/>
                <w:sz w:val="24"/>
              </w:rPr>
              <w:t>39016/partial</w:t>
            </w:r>
          </w:p>
        </w:tc>
        <w:tc>
          <w:tcPr>
            <w:tcW w:w="1234" w:type="dxa"/>
          </w:tcPr>
          <w:p w14:paraId="0A546B5D" w14:textId="77777777" w:rsidR="007868F2" w:rsidRDefault="007868F2"/>
        </w:tc>
      </w:tr>
      <w:tr w:rsidR="007868F2" w14:paraId="370D5C2C" w14:textId="77777777">
        <w:tc>
          <w:tcPr>
            <w:tcW w:w="1234" w:type="dxa"/>
          </w:tcPr>
          <w:p w14:paraId="2B29226E" w14:textId="77777777" w:rsidR="007868F2" w:rsidRDefault="00000000"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1234" w:type="dxa"/>
          </w:tcPr>
          <w:p w14:paraId="641A94F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AD20B71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70DD8FA" w14:textId="77777777" w:rsidR="007868F2" w:rsidRDefault="00000000">
            <w:r>
              <w:rPr>
                <w:rFonts w:ascii="Times New Roman" w:hAnsi="Times New Roman"/>
                <w:sz w:val="24"/>
              </w:rPr>
              <w:t>458,04 mp</w:t>
            </w:r>
          </w:p>
        </w:tc>
        <w:tc>
          <w:tcPr>
            <w:tcW w:w="1234" w:type="dxa"/>
          </w:tcPr>
          <w:p w14:paraId="0949AA1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A0F01D4" w14:textId="77777777" w:rsidR="007868F2" w:rsidRDefault="00000000">
            <w:r>
              <w:rPr>
                <w:rFonts w:ascii="Times New Roman" w:hAnsi="Times New Roman"/>
                <w:sz w:val="24"/>
              </w:rPr>
              <w:t>39021/partial</w:t>
            </w:r>
          </w:p>
        </w:tc>
        <w:tc>
          <w:tcPr>
            <w:tcW w:w="1234" w:type="dxa"/>
          </w:tcPr>
          <w:p w14:paraId="5CC61B2C" w14:textId="77777777" w:rsidR="007868F2" w:rsidRDefault="007868F2"/>
        </w:tc>
      </w:tr>
      <w:tr w:rsidR="007868F2" w14:paraId="0EE6F513" w14:textId="77777777">
        <w:tc>
          <w:tcPr>
            <w:tcW w:w="1234" w:type="dxa"/>
          </w:tcPr>
          <w:p w14:paraId="1695E120" w14:textId="77777777" w:rsidR="007868F2" w:rsidRDefault="00000000"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1234" w:type="dxa"/>
          </w:tcPr>
          <w:p w14:paraId="0EEA33A3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9CBB1B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66E31A5" w14:textId="77777777" w:rsidR="007868F2" w:rsidRDefault="00000000">
            <w:r>
              <w:rPr>
                <w:rFonts w:ascii="Times New Roman" w:hAnsi="Times New Roman"/>
                <w:sz w:val="24"/>
              </w:rPr>
              <w:t>1.140,31 mp</w:t>
            </w:r>
          </w:p>
        </w:tc>
        <w:tc>
          <w:tcPr>
            <w:tcW w:w="1234" w:type="dxa"/>
          </w:tcPr>
          <w:p w14:paraId="6C73513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EFEC53B" w14:textId="77777777" w:rsidR="007868F2" w:rsidRDefault="00000000">
            <w:r>
              <w:rPr>
                <w:rFonts w:ascii="Times New Roman" w:hAnsi="Times New Roman"/>
                <w:sz w:val="24"/>
              </w:rPr>
              <w:t>39022/partial</w:t>
            </w:r>
          </w:p>
        </w:tc>
        <w:tc>
          <w:tcPr>
            <w:tcW w:w="1234" w:type="dxa"/>
          </w:tcPr>
          <w:p w14:paraId="2EE128CC" w14:textId="77777777" w:rsidR="007868F2" w:rsidRDefault="007868F2"/>
        </w:tc>
      </w:tr>
      <w:tr w:rsidR="007868F2" w14:paraId="550BAF37" w14:textId="77777777">
        <w:tc>
          <w:tcPr>
            <w:tcW w:w="1234" w:type="dxa"/>
          </w:tcPr>
          <w:p w14:paraId="4D54A102" w14:textId="77777777" w:rsidR="007868F2" w:rsidRDefault="00000000"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1234" w:type="dxa"/>
          </w:tcPr>
          <w:p w14:paraId="42B1B20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6078A63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A54DB9E" w14:textId="77777777" w:rsidR="007868F2" w:rsidRDefault="00000000">
            <w:r>
              <w:rPr>
                <w:rFonts w:ascii="Times New Roman" w:hAnsi="Times New Roman"/>
                <w:sz w:val="24"/>
              </w:rPr>
              <w:t>149,49 mp</w:t>
            </w:r>
          </w:p>
        </w:tc>
        <w:tc>
          <w:tcPr>
            <w:tcW w:w="1234" w:type="dxa"/>
          </w:tcPr>
          <w:p w14:paraId="047A2C9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E0C8D4B" w14:textId="77777777" w:rsidR="007868F2" w:rsidRDefault="00000000">
            <w:r>
              <w:rPr>
                <w:rFonts w:ascii="Times New Roman" w:hAnsi="Times New Roman"/>
                <w:sz w:val="24"/>
              </w:rPr>
              <w:t>39033/partial</w:t>
            </w:r>
          </w:p>
        </w:tc>
        <w:tc>
          <w:tcPr>
            <w:tcW w:w="1234" w:type="dxa"/>
          </w:tcPr>
          <w:p w14:paraId="22954F30" w14:textId="77777777" w:rsidR="007868F2" w:rsidRDefault="007868F2"/>
        </w:tc>
      </w:tr>
      <w:tr w:rsidR="007868F2" w14:paraId="71B7E9B6" w14:textId="77777777">
        <w:tc>
          <w:tcPr>
            <w:tcW w:w="1234" w:type="dxa"/>
          </w:tcPr>
          <w:p w14:paraId="3C4DB576" w14:textId="77777777" w:rsidR="007868F2" w:rsidRDefault="00000000"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1234" w:type="dxa"/>
          </w:tcPr>
          <w:p w14:paraId="0C37399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DA9723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8901E7F" w14:textId="77777777" w:rsidR="007868F2" w:rsidRDefault="00000000">
            <w:r>
              <w:rPr>
                <w:rFonts w:ascii="Times New Roman" w:hAnsi="Times New Roman"/>
                <w:sz w:val="24"/>
              </w:rPr>
              <w:t>490,12 mp</w:t>
            </w:r>
          </w:p>
        </w:tc>
        <w:tc>
          <w:tcPr>
            <w:tcW w:w="1234" w:type="dxa"/>
          </w:tcPr>
          <w:p w14:paraId="3BEEB88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02A6E22" w14:textId="77777777" w:rsidR="007868F2" w:rsidRDefault="00000000">
            <w:r>
              <w:rPr>
                <w:rFonts w:ascii="Times New Roman" w:hAnsi="Times New Roman"/>
                <w:sz w:val="24"/>
              </w:rPr>
              <w:t>39035/partial</w:t>
            </w:r>
          </w:p>
        </w:tc>
        <w:tc>
          <w:tcPr>
            <w:tcW w:w="1234" w:type="dxa"/>
          </w:tcPr>
          <w:p w14:paraId="06CFECB1" w14:textId="77777777" w:rsidR="007868F2" w:rsidRDefault="007868F2"/>
        </w:tc>
      </w:tr>
      <w:tr w:rsidR="007868F2" w14:paraId="6165F193" w14:textId="77777777">
        <w:tc>
          <w:tcPr>
            <w:tcW w:w="1234" w:type="dxa"/>
          </w:tcPr>
          <w:p w14:paraId="378DD9CA" w14:textId="77777777" w:rsidR="007868F2" w:rsidRDefault="00000000"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1234" w:type="dxa"/>
          </w:tcPr>
          <w:p w14:paraId="57E8D8C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AD1EFB7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2E5FEA6" w14:textId="77777777" w:rsidR="007868F2" w:rsidRDefault="00000000">
            <w:r>
              <w:rPr>
                <w:rFonts w:ascii="Times New Roman" w:hAnsi="Times New Roman"/>
                <w:sz w:val="24"/>
              </w:rPr>
              <w:t>555,17 mp</w:t>
            </w:r>
          </w:p>
        </w:tc>
        <w:tc>
          <w:tcPr>
            <w:tcW w:w="1234" w:type="dxa"/>
          </w:tcPr>
          <w:p w14:paraId="4C66DE80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172B72F" w14:textId="77777777" w:rsidR="007868F2" w:rsidRDefault="00000000">
            <w:r>
              <w:rPr>
                <w:rFonts w:ascii="Times New Roman" w:hAnsi="Times New Roman"/>
                <w:sz w:val="24"/>
              </w:rPr>
              <w:t>39036/partial</w:t>
            </w:r>
          </w:p>
        </w:tc>
        <w:tc>
          <w:tcPr>
            <w:tcW w:w="1234" w:type="dxa"/>
          </w:tcPr>
          <w:p w14:paraId="48EA5905" w14:textId="77777777" w:rsidR="007868F2" w:rsidRDefault="007868F2"/>
        </w:tc>
      </w:tr>
      <w:tr w:rsidR="007868F2" w14:paraId="3DAB3E9A" w14:textId="77777777">
        <w:tc>
          <w:tcPr>
            <w:tcW w:w="1234" w:type="dxa"/>
          </w:tcPr>
          <w:p w14:paraId="1EF18FA9" w14:textId="77777777" w:rsidR="007868F2" w:rsidRDefault="00000000"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w="1234" w:type="dxa"/>
          </w:tcPr>
          <w:p w14:paraId="34211884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4B65CC9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3128D3F" w14:textId="77777777" w:rsidR="007868F2" w:rsidRDefault="00000000">
            <w:r>
              <w:rPr>
                <w:rFonts w:ascii="Times New Roman" w:hAnsi="Times New Roman"/>
                <w:sz w:val="24"/>
              </w:rPr>
              <w:t>326,61 mp</w:t>
            </w:r>
          </w:p>
        </w:tc>
        <w:tc>
          <w:tcPr>
            <w:tcW w:w="1234" w:type="dxa"/>
          </w:tcPr>
          <w:p w14:paraId="49C1780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E26DC6B" w14:textId="77777777" w:rsidR="007868F2" w:rsidRDefault="00000000">
            <w:r>
              <w:rPr>
                <w:rFonts w:ascii="Times New Roman" w:hAnsi="Times New Roman"/>
                <w:sz w:val="24"/>
              </w:rPr>
              <w:t>39038/partial</w:t>
            </w:r>
          </w:p>
        </w:tc>
        <w:tc>
          <w:tcPr>
            <w:tcW w:w="1234" w:type="dxa"/>
          </w:tcPr>
          <w:p w14:paraId="53E2C4F8" w14:textId="77777777" w:rsidR="007868F2" w:rsidRDefault="007868F2"/>
        </w:tc>
      </w:tr>
      <w:tr w:rsidR="007868F2" w14:paraId="1A1A038E" w14:textId="77777777">
        <w:tc>
          <w:tcPr>
            <w:tcW w:w="1234" w:type="dxa"/>
          </w:tcPr>
          <w:p w14:paraId="6D8D71FC" w14:textId="77777777" w:rsidR="007868F2" w:rsidRDefault="00000000"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1234" w:type="dxa"/>
          </w:tcPr>
          <w:p w14:paraId="665ABAC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1BCED77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7EEC168" w14:textId="77777777" w:rsidR="007868F2" w:rsidRDefault="00000000">
            <w:r>
              <w:rPr>
                <w:rFonts w:ascii="Times New Roman" w:hAnsi="Times New Roman"/>
                <w:sz w:val="24"/>
              </w:rPr>
              <w:t>395,54 mp</w:t>
            </w:r>
          </w:p>
        </w:tc>
        <w:tc>
          <w:tcPr>
            <w:tcW w:w="1234" w:type="dxa"/>
          </w:tcPr>
          <w:p w14:paraId="6D7E57B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2F81CBD" w14:textId="77777777" w:rsidR="007868F2" w:rsidRDefault="00000000">
            <w:r>
              <w:rPr>
                <w:rFonts w:ascii="Times New Roman" w:hAnsi="Times New Roman"/>
                <w:sz w:val="24"/>
              </w:rPr>
              <w:t>39039/partial</w:t>
            </w:r>
          </w:p>
        </w:tc>
        <w:tc>
          <w:tcPr>
            <w:tcW w:w="1234" w:type="dxa"/>
          </w:tcPr>
          <w:p w14:paraId="237351E8" w14:textId="77777777" w:rsidR="007868F2" w:rsidRDefault="007868F2"/>
        </w:tc>
      </w:tr>
      <w:tr w:rsidR="007868F2" w14:paraId="19001525" w14:textId="77777777">
        <w:tc>
          <w:tcPr>
            <w:tcW w:w="1234" w:type="dxa"/>
          </w:tcPr>
          <w:p w14:paraId="730722FE" w14:textId="77777777" w:rsidR="007868F2" w:rsidRDefault="00000000"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1234" w:type="dxa"/>
          </w:tcPr>
          <w:p w14:paraId="73D6644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2D106B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7FBE3D1" w14:textId="77777777" w:rsidR="007868F2" w:rsidRDefault="00000000">
            <w:r>
              <w:rPr>
                <w:rFonts w:ascii="Times New Roman" w:hAnsi="Times New Roman"/>
                <w:sz w:val="24"/>
              </w:rPr>
              <w:t>400,76 mp</w:t>
            </w:r>
          </w:p>
        </w:tc>
        <w:tc>
          <w:tcPr>
            <w:tcW w:w="1234" w:type="dxa"/>
          </w:tcPr>
          <w:p w14:paraId="055F7F0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B98FF91" w14:textId="77777777" w:rsidR="007868F2" w:rsidRDefault="00000000">
            <w:r>
              <w:rPr>
                <w:rFonts w:ascii="Times New Roman" w:hAnsi="Times New Roman"/>
                <w:sz w:val="24"/>
              </w:rPr>
              <w:t>39040/partial</w:t>
            </w:r>
          </w:p>
        </w:tc>
        <w:tc>
          <w:tcPr>
            <w:tcW w:w="1234" w:type="dxa"/>
          </w:tcPr>
          <w:p w14:paraId="77913736" w14:textId="77777777" w:rsidR="007868F2" w:rsidRDefault="007868F2"/>
        </w:tc>
      </w:tr>
      <w:tr w:rsidR="007868F2" w14:paraId="395EB7D1" w14:textId="77777777">
        <w:tc>
          <w:tcPr>
            <w:tcW w:w="1234" w:type="dxa"/>
          </w:tcPr>
          <w:p w14:paraId="3337F01A" w14:textId="77777777" w:rsidR="007868F2" w:rsidRDefault="00000000"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1234" w:type="dxa"/>
          </w:tcPr>
          <w:p w14:paraId="0402F01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FC233C4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848DEFD" w14:textId="77777777" w:rsidR="007868F2" w:rsidRDefault="00000000">
            <w:r>
              <w:rPr>
                <w:rFonts w:ascii="Times New Roman" w:hAnsi="Times New Roman"/>
                <w:sz w:val="24"/>
              </w:rPr>
              <w:t>431,50 mp</w:t>
            </w:r>
          </w:p>
        </w:tc>
        <w:tc>
          <w:tcPr>
            <w:tcW w:w="1234" w:type="dxa"/>
          </w:tcPr>
          <w:p w14:paraId="7E9F624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389495B" w14:textId="77777777" w:rsidR="007868F2" w:rsidRDefault="00000000">
            <w:r>
              <w:rPr>
                <w:rFonts w:ascii="Times New Roman" w:hAnsi="Times New Roman"/>
                <w:sz w:val="24"/>
              </w:rPr>
              <w:t>39041/partial</w:t>
            </w:r>
          </w:p>
        </w:tc>
        <w:tc>
          <w:tcPr>
            <w:tcW w:w="1234" w:type="dxa"/>
          </w:tcPr>
          <w:p w14:paraId="04CFF7B6" w14:textId="77777777" w:rsidR="007868F2" w:rsidRDefault="007868F2"/>
        </w:tc>
      </w:tr>
      <w:tr w:rsidR="007868F2" w14:paraId="578B0ED0" w14:textId="77777777">
        <w:tc>
          <w:tcPr>
            <w:tcW w:w="1234" w:type="dxa"/>
          </w:tcPr>
          <w:p w14:paraId="01BE9755" w14:textId="77777777" w:rsidR="007868F2" w:rsidRDefault="00000000"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1234" w:type="dxa"/>
          </w:tcPr>
          <w:p w14:paraId="07C0598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936FB49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D532AA7" w14:textId="77777777" w:rsidR="007868F2" w:rsidRDefault="00000000">
            <w:r>
              <w:rPr>
                <w:rFonts w:ascii="Times New Roman" w:hAnsi="Times New Roman"/>
                <w:sz w:val="24"/>
              </w:rPr>
              <w:t>408,91 mp</w:t>
            </w:r>
          </w:p>
        </w:tc>
        <w:tc>
          <w:tcPr>
            <w:tcW w:w="1234" w:type="dxa"/>
          </w:tcPr>
          <w:p w14:paraId="0A981F10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8EC6CDA" w14:textId="77777777" w:rsidR="007868F2" w:rsidRDefault="00000000">
            <w:r>
              <w:rPr>
                <w:rFonts w:ascii="Times New Roman" w:hAnsi="Times New Roman"/>
                <w:sz w:val="24"/>
              </w:rPr>
              <w:t>39042/partial</w:t>
            </w:r>
          </w:p>
        </w:tc>
        <w:tc>
          <w:tcPr>
            <w:tcW w:w="1234" w:type="dxa"/>
          </w:tcPr>
          <w:p w14:paraId="711897F9" w14:textId="77777777" w:rsidR="007868F2" w:rsidRDefault="007868F2"/>
        </w:tc>
      </w:tr>
      <w:tr w:rsidR="007868F2" w14:paraId="00929365" w14:textId="77777777">
        <w:tc>
          <w:tcPr>
            <w:tcW w:w="1234" w:type="dxa"/>
          </w:tcPr>
          <w:p w14:paraId="0CC41603" w14:textId="77777777" w:rsidR="007868F2" w:rsidRDefault="00000000"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1234" w:type="dxa"/>
          </w:tcPr>
          <w:p w14:paraId="598D196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514539F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7D8AE03" w14:textId="77777777" w:rsidR="007868F2" w:rsidRDefault="00000000">
            <w:r>
              <w:rPr>
                <w:rFonts w:ascii="Times New Roman" w:hAnsi="Times New Roman"/>
                <w:sz w:val="24"/>
              </w:rPr>
              <w:t>250,14 mp</w:t>
            </w:r>
          </w:p>
        </w:tc>
        <w:tc>
          <w:tcPr>
            <w:tcW w:w="1234" w:type="dxa"/>
          </w:tcPr>
          <w:p w14:paraId="5E988C3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D482619" w14:textId="77777777" w:rsidR="007868F2" w:rsidRDefault="00000000">
            <w:r>
              <w:rPr>
                <w:rFonts w:ascii="Times New Roman" w:hAnsi="Times New Roman"/>
                <w:sz w:val="24"/>
              </w:rPr>
              <w:t>39043/partial</w:t>
            </w:r>
          </w:p>
        </w:tc>
        <w:tc>
          <w:tcPr>
            <w:tcW w:w="1234" w:type="dxa"/>
          </w:tcPr>
          <w:p w14:paraId="73EA5A2E" w14:textId="77777777" w:rsidR="007868F2" w:rsidRDefault="007868F2"/>
        </w:tc>
      </w:tr>
      <w:tr w:rsidR="007868F2" w14:paraId="411F4E6F" w14:textId="77777777">
        <w:tc>
          <w:tcPr>
            <w:tcW w:w="1234" w:type="dxa"/>
          </w:tcPr>
          <w:p w14:paraId="122D46C3" w14:textId="77777777" w:rsidR="007868F2" w:rsidRDefault="00000000"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1234" w:type="dxa"/>
          </w:tcPr>
          <w:p w14:paraId="6E005BB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ECC5025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F2B5BA8" w14:textId="77777777" w:rsidR="007868F2" w:rsidRDefault="00000000">
            <w:r>
              <w:rPr>
                <w:rFonts w:ascii="Times New Roman" w:hAnsi="Times New Roman"/>
                <w:sz w:val="24"/>
              </w:rPr>
              <w:t>192,88 mp</w:t>
            </w:r>
          </w:p>
        </w:tc>
        <w:tc>
          <w:tcPr>
            <w:tcW w:w="1234" w:type="dxa"/>
          </w:tcPr>
          <w:p w14:paraId="5D68090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B3053CC" w14:textId="77777777" w:rsidR="007868F2" w:rsidRDefault="00000000">
            <w:r>
              <w:rPr>
                <w:rFonts w:ascii="Times New Roman" w:hAnsi="Times New Roman"/>
                <w:sz w:val="24"/>
              </w:rPr>
              <w:t>39044/partial</w:t>
            </w:r>
          </w:p>
        </w:tc>
        <w:tc>
          <w:tcPr>
            <w:tcW w:w="1234" w:type="dxa"/>
          </w:tcPr>
          <w:p w14:paraId="080BA0AA" w14:textId="77777777" w:rsidR="007868F2" w:rsidRDefault="007868F2"/>
        </w:tc>
      </w:tr>
      <w:tr w:rsidR="007868F2" w14:paraId="6F8F53EC" w14:textId="77777777">
        <w:tc>
          <w:tcPr>
            <w:tcW w:w="1234" w:type="dxa"/>
          </w:tcPr>
          <w:p w14:paraId="6910C666" w14:textId="77777777" w:rsidR="007868F2" w:rsidRDefault="00000000"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1234" w:type="dxa"/>
          </w:tcPr>
          <w:p w14:paraId="43981B3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D59A104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282F696" w14:textId="77777777" w:rsidR="007868F2" w:rsidRDefault="00000000">
            <w:r>
              <w:rPr>
                <w:rFonts w:ascii="Times New Roman" w:hAnsi="Times New Roman"/>
                <w:sz w:val="24"/>
              </w:rPr>
              <w:t>190,79 mp</w:t>
            </w:r>
          </w:p>
        </w:tc>
        <w:tc>
          <w:tcPr>
            <w:tcW w:w="1234" w:type="dxa"/>
          </w:tcPr>
          <w:p w14:paraId="653AB40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81A5594" w14:textId="77777777" w:rsidR="007868F2" w:rsidRDefault="00000000">
            <w:r>
              <w:rPr>
                <w:rFonts w:ascii="Times New Roman" w:hAnsi="Times New Roman"/>
                <w:sz w:val="24"/>
              </w:rPr>
              <w:t>39045/partial</w:t>
            </w:r>
          </w:p>
        </w:tc>
        <w:tc>
          <w:tcPr>
            <w:tcW w:w="1234" w:type="dxa"/>
          </w:tcPr>
          <w:p w14:paraId="4551D619" w14:textId="77777777" w:rsidR="007868F2" w:rsidRDefault="007868F2"/>
        </w:tc>
      </w:tr>
      <w:tr w:rsidR="007868F2" w14:paraId="097AD5FC" w14:textId="77777777">
        <w:tc>
          <w:tcPr>
            <w:tcW w:w="1234" w:type="dxa"/>
          </w:tcPr>
          <w:p w14:paraId="68937294" w14:textId="77777777" w:rsidR="007868F2" w:rsidRDefault="00000000"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1234" w:type="dxa"/>
          </w:tcPr>
          <w:p w14:paraId="7B9F7CB1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spre </w:t>
            </w:r>
            <w:r>
              <w:rPr>
                <w:rFonts w:ascii="Times New Roman" w:hAnsi="Times New Roman"/>
                <w:sz w:val="24"/>
              </w:rPr>
              <w:lastRenderedPageBreak/>
              <w:t>amenajare</w:t>
            </w:r>
          </w:p>
        </w:tc>
        <w:tc>
          <w:tcPr>
            <w:tcW w:w="1234" w:type="dxa"/>
          </w:tcPr>
          <w:p w14:paraId="307F85D7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Bistret</w:t>
            </w:r>
          </w:p>
        </w:tc>
        <w:tc>
          <w:tcPr>
            <w:tcW w:w="1234" w:type="dxa"/>
          </w:tcPr>
          <w:p w14:paraId="273E668B" w14:textId="77777777" w:rsidR="007868F2" w:rsidRDefault="00000000">
            <w:r>
              <w:rPr>
                <w:rFonts w:ascii="Times New Roman" w:hAnsi="Times New Roman"/>
                <w:sz w:val="24"/>
              </w:rPr>
              <w:t>390,20 mp</w:t>
            </w:r>
          </w:p>
        </w:tc>
        <w:tc>
          <w:tcPr>
            <w:tcW w:w="1234" w:type="dxa"/>
          </w:tcPr>
          <w:p w14:paraId="1FF0A96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E9EC1A2" w14:textId="77777777" w:rsidR="007868F2" w:rsidRDefault="00000000">
            <w:r>
              <w:rPr>
                <w:rFonts w:ascii="Times New Roman" w:hAnsi="Times New Roman"/>
                <w:sz w:val="24"/>
              </w:rPr>
              <w:t>39056/partial</w:t>
            </w:r>
          </w:p>
        </w:tc>
        <w:tc>
          <w:tcPr>
            <w:tcW w:w="1234" w:type="dxa"/>
          </w:tcPr>
          <w:p w14:paraId="5B77440F" w14:textId="77777777" w:rsidR="007868F2" w:rsidRDefault="007868F2"/>
        </w:tc>
      </w:tr>
      <w:tr w:rsidR="007868F2" w14:paraId="60515061" w14:textId="77777777">
        <w:tc>
          <w:tcPr>
            <w:tcW w:w="1234" w:type="dxa"/>
          </w:tcPr>
          <w:p w14:paraId="486FD28D" w14:textId="77777777" w:rsidR="007868F2" w:rsidRDefault="00000000"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1234" w:type="dxa"/>
          </w:tcPr>
          <w:p w14:paraId="04ED594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0876592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55044EB" w14:textId="77777777" w:rsidR="007868F2" w:rsidRDefault="00000000">
            <w:r>
              <w:rPr>
                <w:rFonts w:ascii="Times New Roman" w:hAnsi="Times New Roman"/>
                <w:sz w:val="24"/>
              </w:rPr>
              <w:t>901,14 mp</w:t>
            </w:r>
          </w:p>
        </w:tc>
        <w:tc>
          <w:tcPr>
            <w:tcW w:w="1234" w:type="dxa"/>
          </w:tcPr>
          <w:p w14:paraId="7370ABA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4764664" w14:textId="77777777" w:rsidR="007868F2" w:rsidRDefault="00000000">
            <w:r>
              <w:rPr>
                <w:rFonts w:ascii="Times New Roman" w:hAnsi="Times New Roman"/>
                <w:sz w:val="24"/>
              </w:rPr>
              <w:t>39059/partial</w:t>
            </w:r>
          </w:p>
        </w:tc>
        <w:tc>
          <w:tcPr>
            <w:tcW w:w="1234" w:type="dxa"/>
          </w:tcPr>
          <w:p w14:paraId="087735A3" w14:textId="77777777" w:rsidR="007868F2" w:rsidRDefault="007868F2"/>
        </w:tc>
      </w:tr>
      <w:tr w:rsidR="007868F2" w14:paraId="155C3185" w14:textId="77777777">
        <w:tc>
          <w:tcPr>
            <w:tcW w:w="1234" w:type="dxa"/>
          </w:tcPr>
          <w:p w14:paraId="2A8592D9" w14:textId="77777777" w:rsidR="007868F2" w:rsidRDefault="00000000"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w="1234" w:type="dxa"/>
          </w:tcPr>
          <w:p w14:paraId="615F611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31D0D38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C90F0F7" w14:textId="77777777" w:rsidR="007868F2" w:rsidRDefault="00000000">
            <w:r>
              <w:rPr>
                <w:rFonts w:ascii="Times New Roman" w:hAnsi="Times New Roman"/>
                <w:sz w:val="24"/>
              </w:rPr>
              <w:t>571,61 mp</w:t>
            </w:r>
          </w:p>
        </w:tc>
        <w:tc>
          <w:tcPr>
            <w:tcW w:w="1234" w:type="dxa"/>
          </w:tcPr>
          <w:p w14:paraId="4F79027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060FED9" w14:textId="77777777" w:rsidR="007868F2" w:rsidRDefault="00000000">
            <w:r>
              <w:rPr>
                <w:rFonts w:ascii="Times New Roman" w:hAnsi="Times New Roman"/>
                <w:sz w:val="24"/>
              </w:rPr>
              <w:t>39060/partial</w:t>
            </w:r>
          </w:p>
        </w:tc>
        <w:tc>
          <w:tcPr>
            <w:tcW w:w="1234" w:type="dxa"/>
          </w:tcPr>
          <w:p w14:paraId="541DC6B0" w14:textId="77777777" w:rsidR="007868F2" w:rsidRDefault="007868F2"/>
        </w:tc>
      </w:tr>
      <w:tr w:rsidR="007868F2" w14:paraId="6AEB624B" w14:textId="77777777">
        <w:tc>
          <w:tcPr>
            <w:tcW w:w="1234" w:type="dxa"/>
          </w:tcPr>
          <w:p w14:paraId="0CE47E28" w14:textId="77777777" w:rsidR="007868F2" w:rsidRDefault="00000000"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1234" w:type="dxa"/>
          </w:tcPr>
          <w:p w14:paraId="34C878E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9D334DA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69F3723" w14:textId="77777777" w:rsidR="007868F2" w:rsidRDefault="00000000">
            <w:r>
              <w:rPr>
                <w:rFonts w:ascii="Times New Roman" w:hAnsi="Times New Roman"/>
                <w:sz w:val="24"/>
              </w:rPr>
              <w:t>17.416,18 mp</w:t>
            </w:r>
          </w:p>
        </w:tc>
        <w:tc>
          <w:tcPr>
            <w:tcW w:w="1234" w:type="dxa"/>
          </w:tcPr>
          <w:p w14:paraId="2512E61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1112EC2" w14:textId="77777777" w:rsidR="007868F2" w:rsidRDefault="00000000">
            <w:r>
              <w:rPr>
                <w:rFonts w:ascii="Times New Roman" w:hAnsi="Times New Roman"/>
                <w:sz w:val="24"/>
              </w:rPr>
              <w:t>39061/partial</w:t>
            </w:r>
          </w:p>
        </w:tc>
        <w:tc>
          <w:tcPr>
            <w:tcW w:w="1234" w:type="dxa"/>
          </w:tcPr>
          <w:p w14:paraId="6B3BA9BB" w14:textId="77777777" w:rsidR="007868F2" w:rsidRDefault="007868F2"/>
        </w:tc>
      </w:tr>
      <w:tr w:rsidR="007868F2" w14:paraId="55FC2E5E" w14:textId="77777777">
        <w:tc>
          <w:tcPr>
            <w:tcW w:w="1234" w:type="dxa"/>
          </w:tcPr>
          <w:p w14:paraId="6326BEB8" w14:textId="77777777" w:rsidR="007868F2" w:rsidRDefault="00000000"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1234" w:type="dxa"/>
          </w:tcPr>
          <w:p w14:paraId="606F9333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36EFD1F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3F14FD3" w14:textId="77777777" w:rsidR="007868F2" w:rsidRDefault="00000000">
            <w:r>
              <w:rPr>
                <w:rFonts w:ascii="Times New Roman" w:hAnsi="Times New Roman"/>
                <w:sz w:val="24"/>
              </w:rPr>
              <w:t>430,22 mp</w:t>
            </w:r>
          </w:p>
        </w:tc>
        <w:tc>
          <w:tcPr>
            <w:tcW w:w="1234" w:type="dxa"/>
          </w:tcPr>
          <w:p w14:paraId="1B902905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48276B8" w14:textId="77777777" w:rsidR="007868F2" w:rsidRDefault="00000000">
            <w:r>
              <w:rPr>
                <w:rFonts w:ascii="Times New Roman" w:hAnsi="Times New Roman"/>
                <w:sz w:val="24"/>
              </w:rPr>
              <w:t>39083/partial</w:t>
            </w:r>
          </w:p>
        </w:tc>
        <w:tc>
          <w:tcPr>
            <w:tcW w:w="1234" w:type="dxa"/>
          </w:tcPr>
          <w:p w14:paraId="1C11126A" w14:textId="77777777" w:rsidR="007868F2" w:rsidRDefault="007868F2"/>
        </w:tc>
      </w:tr>
      <w:tr w:rsidR="007868F2" w14:paraId="24DFDB18" w14:textId="77777777">
        <w:tc>
          <w:tcPr>
            <w:tcW w:w="1234" w:type="dxa"/>
          </w:tcPr>
          <w:p w14:paraId="468BBF63" w14:textId="77777777" w:rsidR="007868F2" w:rsidRDefault="00000000"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1234" w:type="dxa"/>
          </w:tcPr>
          <w:p w14:paraId="7A3A20B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306E275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A2A5647" w14:textId="77777777" w:rsidR="007868F2" w:rsidRDefault="00000000">
            <w:r>
              <w:rPr>
                <w:rFonts w:ascii="Times New Roman" w:hAnsi="Times New Roman"/>
                <w:sz w:val="24"/>
              </w:rPr>
              <w:t>5.051,90 mp</w:t>
            </w:r>
          </w:p>
        </w:tc>
        <w:tc>
          <w:tcPr>
            <w:tcW w:w="1234" w:type="dxa"/>
          </w:tcPr>
          <w:p w14:paraId="253CCF5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8EB0583" w14:textId="77777777" w:rsidR="007868F2" w:rsidRDefault="00000000">
            <w:r>
              <w:rPr>
                <w:rFonts w:ascii="Times New Roman" w:hAnsi="Times New Roman"/>
                <w:sz w:val="24"/>
              </w:rPr>
              <w:t>39084/partial</w:t>
            </w:r>
          </w:p>
        </w:tc>
        <w:tc>
          <w:tcPr>
            <w:tcW w:w="1234" w:type="dxa"/>
          </w:tcPr>
          <w:p w14:paraId="5B3F4250" w14:textId="77777777" w:rsidR="007868F2" w:rsidRDefault="007868F2"/>
        </w:tc>
      </w:tr>
      <w:tr w:rsidR="007868F2" w14:paraId="01BC0215" w14:textId="77777777">
        <w:tc>
          <w:tcPr>
            <w:tcW w:w="1234" w:type="dxa"/>
          </w:tcPr>
          <w:p w14:paraId="3AE4EE01" w14:textId="77777777" w:rsidR="007868F2" w:rsidRDefault="00000000">
            <w:r>
              <w:rPr>
                <w:rFonts w:ascii="Times New Roman" w:hAnsi="Times New Roman"/>
                <w:sz w:val="24"/>
              </w:rPr>
              <w:t>31.</w:t>
            </w:r>
          </w:p>
        </w:tc>
        <w:tc>
          <w:tcPr>
            <w:tcW w:w="1234" w:type="dxa"/>
          </w:tcPr>
          <w:p w14:paraId="7B8B5E5F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CB063B1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5ED367A" w14:textId="77777777" w:rsidR="007868F2" w:rsidRDefault="00000000">
            <w:r>
              <w:rPr>
                <w:rFonts w:ascii="Times New Roman" w:hAnsi="Times New Roman"/>
                <w:sz w:val="24"/>
              </w:rPr>
              <w:t>438,32 mp</w:t>
            </w:r>
          </w:p>
        </w:tc>
        <w:tc>
          <w:tcPr>
            <w:tcW w:w="1234" w:type="dxa"/>
          </w:tcPr>
          <w:p w14:paraId="784F8A2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E7333D0" w14:textId="77777777" w:rsidR="007868F2" w:rsidRDefault="00000000">
            <w:r>
              <w:rPr>
                <w:rFonts w:ascii="Times New Roman" w:hAnsi="Times New Roman"/>
                <w:sz w:val="24"/>
              </w:rPr>
              <w:t>39085/partial</w:t>
            </w:r>
          </w:p>
        </w:tc>
        <w:tc>
          <w:tcPr>
            <w:tcW w:w="1234" w:type="dxa"/>
          </w:tcPr>
          <w:p w14:paraId="449776F9" w14:textId="77777777" w:rsidR="007868F2" w:rsidRDefault="007868F2"/>
        </w:tc>
      </w:tr>
      <w:tr w:rsidR="007868F2" w14:paraId="2F3BD748" w14:textId="77777777">
        <w:tc>
          <w:tcPr>
            <w:tcW w:w="1234" w:type="dxa"/>
          </w:tcPr>
          <w:p w14:paraId="24A88804" w14:textId="77777777" w:rsidR="007868F2" w:rsidRDefault="00000000"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1234" w:type="dxa"/>
          </w:tcPr>
          <w:p w14:paraId="7076D79F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A3ADB43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EFA4D6A" w14:textId="77777777" w:rsidR="007868F2" w:rsidRDefault="00000000">
            <w:r>
              <w:rPr>
                <w:rFonts w:ascii="Times New Roman" w:hAnsi="Times New Roman"/>
                <w:sz w:val="24"/>
              </w:rPr>
              <w:t>249,44 mp</w:t>
            </w:r>
          </w:p>
        </w:tc>
        <w:tc>
          <w:tcPr>
            <w:tcW w:w="1234" w:type="dxa"/>
          </w:tcPr>
          <w:p w14:paraId="4378BE90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A33791A" w14:textId="77777777" w:rsidR="007868F2" w:rsidRDefault="00000000">
            <w:r>
              <w:rPr>
                <w:rFonts w:ascii="Times New Roman" w:hAnsi="Times New Roman"/>
                <w:sz w:val="24"/>
              </w:rPr>
              <w:t>39088/partial</w:t>
            </w:r>
          </w:p>
        </w:tc>
        <w:tc>
          <w:tcPr>
            <w:tcW w:w="1234" w:type="dxa"/>
          </w:tcPr>
          <w:p w14:paraId="73B9854D" w14:textId="77777777" w:rsidR="007868F2" w:rsidRDefault="007868F2"/>
        </w:tc>
      </w:tr>
      <w:tr w:rsidR="007868F2" w14:paraId="2173933D" w14:textId="77777777">
        <w:tc>
          <w:tcPr>
            <w:tcW w:w="1234" w:type="dxa"/>
          </w:tcPr>
          <w:p w14:paraId="25BEA5D2" w14:textId="77777777" w:rsidR="007868F2" w:rsidRDefault="00000000"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1234" w:type="dxa"/>
          </w:tcPr>
          <w:p w14:paraId="1DEC39C4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A70CAD4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421EA74" w14:textId="77777777" w:rsidR="007868F2" w:rsidRDefault="00000000">
            <w:r>
              <w:rPr>
                <w:rFonts w:ascii="Times New Roman" w:hAnsi="Times New Roman"/>
                <w:sz w:val="24"/>
              </w:rPr>
              <w:t>8.357,39 mp</w:t>
            </w:r>
          </w:p>
        </w:tc>
        <w:tc>
          <w:tcPr>
            <w:tcW w:w="1234" w:type="dxa"/>
          </w:tcPr>
          <w:p w14:paraId="442C29E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D503A83" w14:textId="77777777" w:rsidR="007868F2" w:rsidRDefault="00000000">
            <w:r>
              <w:rPr>
                <w:rFonts w:ascii="Times New Roman" w:hAnsi="Times New Roman"/>
                <w:sz w:val="24"/>
              </w:rPr>
              <w:t>39099/partial</w:t>
            </w:r>
          </w:p>
        </w:tc>
        <w:tc>
          <w:tcPr>
            <w:tcW w:w="1234" w:type="dxa"/>
          </w:tcPr>
          <w:p w14:paraId="39E1AB40" w14:textId="77777777" w:rsidR="007868F2" w:rsidRDefault="007868F2"/>
        </w:tc>
      </w:tr>
      <w:tr w:rsidR="007868F2" w14:paraId="66CA2D22" w14:textId="77777777">
        <w:tc>
          <w:tcPr>
            <w:tcW w:w="1234" w:type="dxa"/>
          </w:tcPr>
          <w:p w14:paraId="69E44E98" w14:textId="77777777" w:rsidR="007868F2" w:rsidRDefault="00000000"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1234" w:type="dxa"/>
          </w:tcPr>
          <w:p w14:paraId="76A8095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77B2C91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B698820" w14:textId="77777777" w:rsidR="007868F2" w:rsidRDefault="00000000">
            <w:r>
              <w:rPr>
                <w:rFonts w:ascii="Times New Roman" w:hAnsi="Times New Roman"/>
                <w:sz w:val="24"/>
              </w:rPr>
              <w:t>98,43 mp</w:t>
            </w:r>
          </w:p>
        </w:tc>
        <w:tc>
          <w:tcPr>
            <w:tcW w:w="1234" w:type="dxa"/>
          </w:tcPr>
          <w:p w14:paraId="5A97F81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31624C3" w14:textId="77777777" w:rsidR="007868F2" w:rsidRDefault="00000000">
            <w:r>
              <w:rPr>
                <w:rFonts w:ascii="Times New Roman" w:hAnsi="Times New Roman"/>
                <w:sz w:val="24"/>
              </w:rPr>
              <w:t>39101/partial</w:t>
            </w:r>
          </w:p>
        </w:tc>
        <w:tc>
          <w:tcPr>
            <w:tcW w:w="1234" w:type="dxa"/>
          </w:tcPr>
          <w:p w14:paraId="538D1778" w14:textId="77777777" w:rsidR="007868F2" w:rsidRDefault="007868F2"/>
        </w:tc>
      </w:tr>
      <w:tr w:rsidR="007868F2" w14:paraId="7A5D1012" w14:textId="77777777">
        <w:tc>
          <w:tcPr>
            <w:tcW w:w="1234" w:type="dxa"/>
          </w:tcPr>
          <w:p w14:paraId="753269AF" w14:textId="77777777" w:rsidR="007868F2" w:rsidRDefault="00000000">
            <w:r>
              <w:rPr>
                <w:rFonts w:ascii="Times New Roman" w:hAnsi="Times New Roman"/>
                <w:sz w:val="24"/>
              </w:rPr>
              <w:t>35.</w:t>
            </w:r>
          </w:p>
        </w:tc>
        <w:tc>
          <w:tcPr>
            <w:tcW w:w="1234" w:type="dxa"/>
          </w:tcPr>
          <w:p w14:paraId="2A0D53D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C561CE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EA05DF4" w14:textId="77777777" w:rsidR="007868F2" w:rsidRDefault="00000000">
            <w:r>
              <w:rPr>
                <w:rFonts w:ascii="Times New Roman" w:hAnsi="Times New Roman"/>
                <w:sz w:val="24"/>
              </w:rPr>
              <w:t>236,61 mp</w:t>
            </w:r>
          </w:p>
        </w:tc>
        <w:tc>
          <w:tcPr>
            <w:tcW w:w="1234" w:type="dxa"/>
          </w:tcPr>
          <w:p w14:paraId="194139C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6523C90" w14:textId="77777777" w:rsidR="007868F2" w:rsidRDefault="00000000">
            <w:r>
              <w:rPr>
                <w:rFonts w:ascii="Times New Roman" w:hAnsi="Times New Roman"/>
                <w:sz w:val="24"/>
              </w:rPr>
              <w:t>39170/partial</w:t>
            </w:r>
          </w:p>
        </w:tc>
        <w:tc>
          <w:tcPr>
            <w:tcW w:w="1234" w:type="dxa"/>
          </w:tcPr>
          <w:p w14:paraId="4BEA6622" w14:textId="77777777" w:rsidR="007868F2" w:rsidRDefault="007868F2"/>
        </w:tc>
      </w:tr>
      <w:tr w:rsidR="007868F2" w14:paraId="0E862FBA" w14:textId="77777777">
        <w:tc>
          <w:tcPr>
            <w:tcW w:w="1234" w:type="dxa"/>
          </w:tcPr>
          <w:p w14:paraId="5F3E8E0E" w14:textId="77777777" w:rsidR="007868F2" w:rsidRDefault="00000000">
            <w:r>
              <w:rPr>
                <w:rFonts w:ascii="Times New Roman" w:hAnsi="Times New Roman"/>
                <w:sz w:val="24"/>
              </w:rPr>
              <w:t>36.</w:t>
            </w:r>
          </w:p>
        </w:tc>
        <w:tc>
          <w:tcPr>
            <w:tcW w:w="1234" w:type="dxa"/>
          </w:tcPr>
          <w:p w14:paraId="7DDC9150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1BFAF4A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1B45BDD" w14:textId="77777777" w:rsidR="007868F2" w:rsidRDefault="00000000">
            <w:r>
              <w:rPr>
                <w:rFonts w:ascii="Times New Roman" w:hAnsi="Times New Roman"/>
                <w:sz w:val="24"/>
              </w:rPr>
              <w:t>390,58 mp</w:t>
            </w:r>
          </w:p>
        </w:tc>
        <w:tc>
          <w:tcPr>
            <w:tcW w:w="1234" w:type="dxa"/>
          </w:tcPr>
          <w:p w14:paraId="7F34E6A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B82804D" w14:textId="77777777" w:rsidR="007868F2" w:rsidRDefault="00000000">
            <w:r>
              <w:rPr>
                <w:rFonts w:ascii="Times New Roman" w:hAnsi="Times New Roman"/>
                <w:sz w:val="24"/>
              </w:rPr>
              <w:t>39213/partial</w:t>
            </w:r>
          </w:p>
        </w:tc>
        <w:tc>
          <w:tcPr>
            <w:tcW w:w="1234" w:type="dxa"/>
          </w:tcPr>
          <w:p w14:paraId="4880C158" w14:textId="77777777" w:rsidR="007868F2" w:rsidRDefault="007868F2"/>
        </w:tc>
      </w:tr>
      <w:tr w:rsidR="007868F2" w14:paraId="234DA68D" w14:textId="77777777">
        <w:tc>
          <w:tcPr>
            <w:tcW w:w="1234" w:type="dxa"/>
          </w:tcPr>
          <w:p w14:paraId="4CE1B57B" w14:textId="77777777" w:rsidR="007868F2" w:rsidRDefault="00000000">
            <w:r>
              <w:rPr>
                <w:rFonts w:ascii="Times New Roman" w:hAnsi="Times New Roman"/>
                <w:sz w:val="24"/>
              </w:rPr>
              <w:t>37.</w:t>
            </w:r>
          </w:p>
        </w:tc>
        <w:tc>
          <w:tcPr>
            <w:tcW w:w="1234" w:type="dxa"/>
          </w:tcPr>
          <w:p w14:paraId="09FC116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633FDC6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39B639B" w14:textId="77777777" w:rsidR="007868F2" w:rsidRDefault="00000000">
            <w:r>
              <w:rPr>
                <w:rFonts w:ascii="Times New Roman" w:hAnsi="Times New Roman"/>
                <w:sz w:val="24"/>
              </w:rPr>
              <w:t>51,97 mp</w:t>
            </w:r>
          </w:p>
        </w:tc>
        <w:tc>
          <w:tcPr>
            <w:tcW w:w="1234" w:type="dxa"/>
          </w:tcPr>
          <w:p w14:paraId="6B49008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AA554D7" w14:textId="77777777" w:rsidR="007868F2" w:rsidRDefault="00000000">
            <w:r>
              <w:rPr>
                <w:rFonts w:ascii="Times New Roman" w:hAnsi="Times New Roman"/>
                <w:sz w:val="24"/>
              </w:rPr>
              <w:t>39388/partial</w:t>
            </w:r>
          </w:p>
        </w:tc>
        <w:tc>
          <w:tcPr>
            <w:tcW w:w="1234" w:type="dxa"/>
          </w:tcPr>
          <w:p w14:paraId="63B49F3C" w14:textId="77777777" w:rsidR="007868F2" w:rsidRDefault="007868F2"/>
        </w:tc>
      </w:tr>
      <w:tr w:rsidR="007868F2" w14:paraId="3DB046CB" w14:textId="77777777">
        <w:tc>
          <w:tcPr>
            <w:tcW w:w="1234" w:type="dxa"/>
          </w:tcPr>
          <w:p w14:paraId="74FB3C52" w14:textId="77777777" w:rsidR="007868F2" w:rsidRDefault="00000000">
            <w:r>
              <w:rPr>
                <w:rFonts w:ascii="Times New Roman" w:hAnsi="Times New Roman"/>
                <w:sz w:val="24"/>
              </w:rPr>
              <w:t>38.</w:t>
            </w:r>
          </w:p>
        </w:tc>
        <w:tc>
          <w:tcPr>
            <w:tcW w:w="1234" w:type="dxa"/>
          </w:tcPr>
          <w:p w14:paraId="6546127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C3F6906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7ACE671" w14:textId="77777777" w:rsidR="007868F2" w:rsidRDefault="00000000">
            <w:r>
              <w:rPr>
                <w:rFonts w:ascii="Times New Roman" w:hAnsi="Times New Roman"/>
                <w:sz w:val="24"/>
              </w:rPr>
              <w:t>2.946,04 mp</w:t>
            </w:r>
          </w:p>
        </w:tc>
        <w:tc>
          <w:tcPr>
            <w:tcW w:w="1234" w:type="dxa"/>
          </w:tcPr>
          <w:p w14:paraId="7F11600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89DEAB9" w14:textId="77777777" w:rsidR="007868F2" w:rsidRDefault="00000000">
            <w:r>
              <w:rPr>
                <w:rFonts w:ascii="Times New Roman" w:hAnsi="Times New Roman"/>
                <w:sz w:val="24"/>
              </w:rPr>
              <w:t>39389/partial</w:t>
            </w:r>
          </w:p>
        </w:tc>
        <w:tc>
          <w:tcPr>
            <w:tcW w:w="1234" w:type="dxa"/>
          </w:tcPr>
          <w:p w14:paraId="3D42908D" w14:textId="77777777" w:rsidR="007868F2" w:rsidRDefault="007868F2"/>
        </w:tc>
      </w:tr>
      <w:tr w:rsidR="007868F2" w14:paraId="15204F03" w14:textId="77777777">
        <w:tc>
          <w:tcPr>
            <w:tcW w:w="1234" w:type="dxa"/>
          </w:tcPr>
          <w:p w14:paraId="2E989DDB" w14:textId="77777777" w:rsidR="007868F2" w:rsidRDefault="00000000">
            <w:r>
              <w:rPr>
                <w:rFonts w:ascii="Times New Roman" w:hAnsi="Times New Roman"/>
                <w:sz w:val="24"/>
              </w:rPr>
              <w:t>39.</w:t>
            </w:r>
          </w:p>
        </w:tc>
        <w:tc>
          <w:tcPr>
            <w:tcW w:w="1234" w:type="dxa"/>
          </w:tcPr>
          <w:p w14:paraId="2FECB8A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775575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BA512BA" w14:textId="77777777" w:rsidR="007868F2" w:rsidRDefault="00000000">
            <w:r>
              <w:rPr>
                <w:rFonts w:ascii="Times New Roman" w:hAnsi="Times New Roman"/>
                <w:sz w:val="24"/>
              </w:rPr>
              <w:t>318,45 mp</w:t>
            </w:r>
          </w:p>
        </w:tc>
        <w:tc>
          <w:tcPr>
            <w:tcW w:w="1234" w:type="dxa"/>
          </w:tcPr>
          <w:p w14:paraId="66CC4D2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6B89401" w14:textId="77777777" w:rsidR="007868F2" w:rsidRDefault="00000000">
            <w:r>
              <w:rPr>
                <w:rFonts w:ascii="Times New Roman" w:hAnsi="Times New Roman"/>
                <w:sz w:val="24"/>
              </w:rPr>
              <w:t>39390/partial</w:t>
            </w:r>
          </w:p>
        </w:tc>
        <w:tc>
          <w:tcPr>
            <w:tcW w:w="1234" w:type="dxa"/>
          </w:tcPr>
          <w:p w14:paraId="3212C51A" w14:textId="77777777" w:rsidR="007868F2" w:rsidRDefault="007868F2"/>
        </w:tc>
      </w:tr>
      <w:tr w:rsidR="007868F2" w14:paraId="0B99E189" w14:textId="77777777">
        <w:tc>
          <w:tcPr>
            <w:tcW w:w="1234" w:type="dxa"/>
          </w:tcPr>
          <w:p w14:paraId="1383F465" w14:textId="77777777" w:rsidR="007868F2" w:rsidRDefault="00000000">
            <w:r>
              <w:rPr>
                <w:rFonts w:ascii="Times New Roman" w:hAnsi="Times New Roman"/>
                <w:sz w:val="24"/>
              </w:rPr>
              <w:t>40.</w:t>
            </w:r>
          </w:p>
        </w:tc>
        <w:tc>
          <w:tcPr>
            <w:tcW w:w="1234" w:type="dxa"/>
          </w:tcPr>
          <w:p w14:paraId="4843730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EA18194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74F4EC05" w14:textId="77777777" w:rsidR="007868F2" w:rsidRDefault="00000000">
            <w:r>
              <w:rPr>
                <w:rFonts w:ascii="Times New Roman" w:hAnsi="Times New Roman"/>
                <w:sz w:val="24"/>
              </w:rPr>
              <w:t>417,35 mp</w:t>
            </w:r>
          </w:p>
        </w:tc>
        <w:tc>
          <w:tcPr>
            <w:tcW w:w="1234" w:type="dxa"/>
          </w:tcPr>
          <w:p w14:paraId="730F732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2C26CD3" w14:textId="77777777" w:rsidR="007868F2" w:rsidRDefault="00000000">
            <w:r>
              <w:rPr>
                <w:rFonts w:ascii="Times New Roman" w:hAnsi="Times New Roman"/>
                <w:sz w:val="24"/>
              </w:rPr>
              <w:t>39391/partial</w:t>
            </w:r>
          </w:p>
        </w:tc>
        <w:tc>
          <w:tcPr>
            <w:tcW w:w="1234" w:type="dxa"/>
          </w:tcPr>
          <w:p w14:paraId="67D5AEA5" w14:textId="77777777" w:rsidR="007868F2" w:rsidRDefault="007868F2"/>
        </w:tc>
      </w:tr>
      <w:tr w:rsidR="007868F2" w14:paraId="0F8120B1" w14:textId="77777777">
        <w:tc>
          <w:tcPr>
            <w:tcW w:w="1234" w:type="dxa"/>
          </w:tcPr>
          <w:p w14:paraId="296E0655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41.</w:t>
            </w:r>
          </w:p>
        </w:tc>
        <w:tc>
          <w:tcPr>
            <w:tcW w:w="1234" w:type="dxa"/>
          </w:tcPr>
          <w:p w14:paraId="7CF5C23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B29BCC8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B3C3307" w14:textId="77777777" w:rsidR="007868F2" w:rsidRDefault="00000000">
            <w:r>
              <w:rPr>
                <w:rFonts w:ascii="Times New Roman" w:hAnsi="Times New Roman"/>
                <w:sz w:val="24"/>
              </w:rPr>
              <w:t>676,28 mp</w:t>
            </w:r>
          </w:p>
        </w:tc>
        <w:tc>
          <w:tcPr>
            <w:tcW w:w="1234" w:type="dxa"/>
          </w:tcPr>
          <w:p w14:paraId="1F7E5C7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DAD7780" w14:textId="77777777" w:rsidR="007868F2" w:rsidRDefault="00000000">
            <w:r>
              <w:rPr>
                <w:rFonts w:ascii="Times New Roman" w:hAnsi="Times New Roman"/>
                <w:sz w:val="24"/>
              </w:rPr>
              <w:t>39394/partial</w:t>
            </w:r>
          </w:p>
        </w:tc>
        <w:tc>
          <w:tcPr>
            <w:tcW w:w="1234" w:type="dxa"/>
          </w:tcPr>
          <w:p w14:paraId="12CE4D88" w14:textId="77777777" w:rsidR="007868F2" w:rsidRDefault="007868F2"/>
        </w:tc>
      </w:tr>
      <w:tr w:rsidR="007868F2" w14:paraId="26927ED0" w14:textId="77777777">
        <w:tc>
          <w:tcPr>
            <w:tcW w:w="1234" w:type="dxa"/>
          </w:tcPr>
          <w:p w14:paraId="67CFE84F" w14:textId="77777777" w:rsidR="007868F2" w:rsidRDefault="00000000">
            <w:r>
              <w:rPr>
                <w:rFonts w:ascii="Times New Roman" w:hAnsi="Times New Roman"/>
                <w:sz w:val="24"/>
              </w:rPr>
              <w:t>42.</w:t>
            </w:r>
          </w:p>
        </w:tc>
        <w:tc>
          <w:tcPr>
            <w:tcW w:w="1234" w:type="dxa"/>
          </w:tcPr>
          <w:p w14:paraId="2E101FE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BA3B3E9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239BBD4" w14:textId="77777777" w:rsidR="007868F2" w:rsidRDefault="00000000">
            <w:r>
              <w:rPr>
                <w:rFonts w:ascii="Times New Roman" w:hAnsi="Times New Roman"/>
                <w:sz w:val="24"/>
              </w:rPr>
              <w:t>273,94 mp</w:t>
            </w:r>
          </w:p>
        </w:tc>
        <w:tc>
          <w:tcPr>
            <w:tcW w:w="1234" w:type="dxa"/>
          </w:tcPr>
          <w:p w14:paraId="4BE760B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6776A17" w14:textId="77777777" w:rsidR="007868F2" w:rsidRDefault="00000000">
            <w:r>
              <w:rPr>
                <w:rFonts w:ascii="Times New Roman" w:hAnsi="Times New Roman"/>
                <w:sz w:val="24"/>
              </w:rPr>
              <w:t>39406/partial</w:t>
            </w:r>
          </w:p>
        </w:tc>
        <w:tc>
          <w:tcPr>
            <w:tcW w:w="1234" w:type="dxa"/>
          </w:tcPr>
          <w:p w14:paraId="2E2D9AA5" w14:textId="77777777" w:rsidR="007868F2" w:rsidRDefault="007868F2"/>
        </w:tc>
      </w:tr>
      <w:tr w:rsidR="007868F2" w14:paraId="50CF48F7" w14:textId="77777777">
        <w:tc>
          <w:tcPr>
            <w:tcW w:w="1234" w:type="dxa"/>
          </w:tcPr>
          <w:p w14:paraId="5D17C75B" w14:textId="77777777" w:rsidR="007868F2" w:rsidRDefault="00000000">
            <w:r>
              <w:rPr>
                <w:rFonts w:ascii="Times New Roman" w:hAnsi="Times New Roman"/>
                <w:sz w:val="24"/>
              </w:rPr>
              <w:t>43.</w:t>
            </w:r>
          </w:p>
        </w:tc>
        <w:tc>
          <w:tcPr>
            <w:tcW w:w="1234" w:type="dxa"/>
          </w:tcPr>
          <w:p w14:paraId="7447C71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0ACF5A7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658C1BE" w14:textId="77777777" w:rsidR="007868F2" w:rsidRDefault="00000000">
            <w:r>
              <w:rPr>
                <w:rFonts w:ascii="Times New Roman" w:hAnsi="Times New Roman"/>
                <w:sz w:val="24"/>
              </w:rPr>
              <w:t>1.966,80 mp</w:t>
            </w:r>
          </w:p>
        </w:tc>
        <w:tc>
          <w:tcPr>
            <w:tcW w:w="1234" w:type="dxa"/>
          </w:tcPr>
          <w:p w14:paraId="160D40B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5793FCD" w14:textId="77777777" w:rsidR="007868F2" w:rsidRDefault="00000000">
            <w:r>
              <w:rPr>
                <w:rFonts w:ascii="Times New Roman" w:hAnsi="Times New Roman"/>
                <w:sz w:val="24"/>
              </w:rPr>
              <w:t>41540/partial</w:t>
            </w:r>
          </w:p>
        </w:tc>
        <w:tc>
          <w:tcPr>
            <w:tcW w:w="1234" w:type="dxa"/>
          </w:tcPr>
          <w:p w14:paraId="67916B53" w14:textId="77777777" w:rsidR="007868F2" w:rsidRDefault="007868F2"/>
        </w:tc>
      </w:tr>
      <w:tr w:rsidR="007868F2" w14:paraId="602429D2" w14:textId="77777777">
        <w:tc>
          <w:tcPr>
            <w:tcW w:w="1234" w:type="dxa"/>
          </w:tcPr>
          <w:p w14:paraId="3B2F1AC6" w14:textId="77777777" w:rsidR="007868F2" w:rsidRDefault="00000000">
            <w:r>
              <w:rPr>
                <w:rFonts w:ascii="Times New Roman" w:hAnsi="Times New Roman"/>
                <w:sz w:val="24"/>
              </w:rPr>
              <w:t>44.</w:t>
            </w:r>
          </w:p>
        </w:tc>
        <w:tc>
          <w:tcPr>
            <w:tcW w:w="1234" w:type="dxa"/>
          </w:tcPr>
          <w:p w14:paraId="1922FF1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EA1C590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F2510D6" w14:textId="77777777" w:rsidR="007868F2" w:rsidRDefault="00000000">
            <w:r>
              <w:rPr>
                <w:rFonts w:ascii="Times New Roman" w:hAnsi="Times New Roman"/>
                <w:sz w:val="24"/>
              </w:rPr>
              <w:t>403,65 mp</w:t>
            </w:r>
          </w:p>
        </w:tc>
        <w:tc>
          <w:tcPr>
            <w:tcW w:w="1234" w:type="dxa"/>
          </w:tcPr>
          <w:p w14:paraId="5C03AE64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4462B91" w14:textId="77777777" w:rsidR="007868F2" w:rsidRDefault="00000000">
            <w:r>
              <w:rPr>
                <w:rFonts w:ascii="Times New Roman" w:hAnsi="Times New Roman"/>
                <w:sz w:val="24"/>
              </w:rPr>
              <w:t>42772/partial</w:t>
            </w:r>
          </w:p>
        </w:tc>
        <w:tc>
          <w:tcPr>
            <w:tcW w:w="1234" w:type="dxa"/>
          </w:tcPr>
          <w:p w14:paraId="6302091B" w14:textId="77777777" w:rsidR="007868F2" w:rsidRDefault="007868F2"/>
        </w:tc>
      </w:tr>
      <w:tr w:rsidR="007868F2" w14:paraId="4A8386CA" w14:textId="77777777">
        <w:tc>
          <w:tcPr>
            <w:tcW w:w="1234" w:type="dxa"/>
          </w:tcPr>
          <w:p w14:paraId="66655566" w14:textId="77777777" w:rsidR="007868F2" w:rsidRDefault="00000000">
            <w:r>
              <w:rPr>
                <w:rFonts w:ascii="Times New Roman" w:hAnsi="Times New Roman"/>
                <w:sz w:val="24"/>
              </w:rPr>
              <w:t>45.</w:t>
            </w:r>
          </w:p>
        </w:tc>
        <w:tc>
          <w:tcPr>
            <w:tcW w:w="1234" w:type="dxa"/>
          </w:tcPr>
          <w:p w14:paraId="588A0A6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2BE4E9D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9DAA92A" w14:textId="77777777" w:rsidR="007868F2" w:rsidRDefault="00000000">
            <w:r>
              <w:rPr>
                <w:rFonts w:ascii="Times New Roman" w:hAnsi="Times New Roman"/>
                <w:sz w:val="24"/>
              </w:rPr>
              <w:t>2.230,29 mp</w:t>
            </w:r>
          </w:p>
        </w:tc>
        <w:tc>
          <w:tcPr>
            <w:tcW w:w="1234" w:type="dxa"/>
          </w:tcPr>
          <w:p w14:paraId="749878B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85BD0C3" w14:textId="77777777" w:rsidR="007868F2" w:rsidRDefault="00000000">
            <w:r>
              <w:rPr>
                <w:rFonts w:ascii="Times New Roman" w:hAnsi="Times New Roman"/>
                <w:sz w:val="24"/>
              </w:rPr>
              <w:t>42895/partial</w:t>
            </w:r>
          </w:p>
        </w:tc>
        <w:tc>
          <w:tcPr>
            <w:tcW w:w="1234" w:type="dxa"/>
          </w:tcPr>
          <w:p w14:paraId="15647906" w14:textId="77777777" w:rsidR="007868F2" w:rsidRDefault="007868F2"/>
        </w:tc>
      </w:tr>
      <w:tr w:rsidR="007868F2" w14:paraId="4413D2AD" w14:textId="77777777">
        <w:tc>
          <w:tcPr>
            <w:tcW w:w="1234" w:type="dxa"/>
          </w:tcPr>
          <w:p w14:paraId="32D6C249" w14:textId="77777777" w:rsidR="007868F2" w:rsidRDefault="00000000">
            <w:r>
              <w:rPr>
                <w:rFonts w:ascii="Times New Roman" w:hAnsi="Times New Roman"/>
                <w:sz w:val="24"/>
              </w:rPr>
              <w:t>46.</w:t>
            </w:r>
          </w:p>
        </w:tc>
        <w:tc>
          <w:tcPr>
            <w:tcW w:w="1234" w:type="dxa"/>
          </w:tcPr>
          <w:p w14:paraId="73E8284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C5D5F98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15290830" w14:textId="77777777" w:rsidR="007868F2" w:rsidRDefault="00000000">
            <w:r>
              <w:rPr>
                <w:rFonts w:ascii="Times New Roman" w:hAnsi="Times New Roman"/>
                <w:sz w:val="24"/>
              </w:rPr>
              <w:t>3.227,34 mp</w:t>
            </w:r>
          </w:p>
        </w:tc>
        <w:tc>
          <w:tcPr>
            <w:tcW w:w="1234" w:type="dxa"/>
          </w:tcPr>
          <w:p w14:paraId="622BD53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6A01053" w14:textId="77777777" w:rsidR="007868F2" w:rsidRDefault="00000000">
            <w:r>
              <w:rPr>
                <w:rFonts w:ascii="Times New Roman" w:hAnsi="Times New Roman"/>
                <w:sz w:val="24"/>
              </w:rPr>
              <w:t>42941/partial</w:t>
            </w:r>
          </w:p>
        </w:tc>
        <w:tc>
          <w:tcPr>
            <w:tcW w:w="1234" w:type="dxa"/>
          </w:tcPr>
          <w:p w14:paraId="059F1C78" w14:textId="77777777" w:rsidR="007868F2" w:rsidRDefault="007868F2"/>
        </w:tc>
      </w:tr>
      <w:tr w:rsidR="007868F2" w14:paraId="2DFC3164" w14:textId="77777777">
        <w:tc>
          <w:tcPr>
            <w:tcW w:w="1234" w:type="dxa"/>
          </w:tcPr>
          <w:p w14:paraId="478621B2" w14:textId="77777777" w:rsidR="007868F2" w:rsidRDefault="00000000">
            <w:r>
              <w:rPr>
                <w:rFonts w:ascii="Times New Roman" w:hAnsi="Times New Roman"/>
                <w:sz w:val="24"/>
              </w:rPr>
              <w:t>47.</w:t>
            </w:r>
          </w:p>
        </w:tc>
        <w:tc>
          <w:tcPr>
            <w:tcW w:w="1234" w:type="dxa"/>
          </w:tcPr>
          <w:p w14:paraId="7FC78440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4297C3E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6902D10" w14:textId="77777777" w:rsidR="007868F2" w:rsidRDefault="00000000">
            <w:r>
              <w:rPr>
                <w:rFonts w:ascii="Times New Roman" w:hAnsi="Times New Roman"/>
                <w:sz w:val="24"/>
              </w:rPr>
              <w:t>1.261,14 mp</w:t>
            </w:r>
          </w:p>
        </w:tc>
        <w:tc>
          <w:tcPr>
            <w:tcW w:w="1234" w:type="dxa"/>
          </w:tcPr>
          <w:p w14:paraId="441DB72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307FBB4" w14:textId="77777777" w:rsidR="007868F2" w:rsidRDefault="00000000">
            <w:r>
              <w:rPr>
                <w:rFonts w:ascii="Times New Roman" w:hAnsi="Times New Roman"/>
                <w:sz w:val="24"/>
              </w:rPr>
              <w:t>42991/partial</w:t>
            </w:r>
          </w:p>
        </w:tc>
        <w:tc>
          <w:tcPr>
            <w:tcW w:w="1234" w:type="dxa"/>
          </w:tcPr>
          <w:p w14:paraId="24500C7F" w14:textId="77777777" w:rsidR="007868F2" w:rsidRDefault="007868F2"/>
        </w:tc>
      </w:tr>
      <w:tr w:rsidR="007868F2" w14:paraId="747E9AB5" w14:textId="77777777">
        <w:tc>
          <w:tcPr>
            <w:tcW w:w="1234" w:type="dxa"/>
          </w:tcPr>
          <w:p w14:paraId="3EFF8738" w14:textId="77777777" w:rsidR="007868F2" w:rsidRDefault="00000000">
            <w:r>
              <w:rPr>
                <w:rFonts w:ascii="Times New Roman" w:hAnsi="Times New Roman"/>
                <w:sz w:val="24"/>
              </w:rPr>
              <w:t>48.</w:t>
            </w:r>
          </w:p>
        </w:tc>
        <w:tc>
          <w:tcPr>
            <w:tcW w:w="1234" w:type="dxa"/>
          </w:tcPr>
          <w:p w14:paraId="6BF34A8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F7F1F6A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7AE527CE" w14:textId="77777777" w:rsidR="007868F2" w:rsidRDefault="00000000">
            <w:r>
              <w:rPr>
                <w:rFonts w:ascii="Times New Roman" w:hAnsi="Times New Roman"/>
                <w:sz w:val="24"/>
              </w:rPr>
              <w:t>832,64 mp</w:t>
            </w:r>
          </w:p>
        </w:tc>
        <w:tc>
          <w:tcPr>
            <w:tcW w:w="1234" w:type="dxa"/>
          </w:tcPr>
          <w:p w14:paraId="4435053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116FBA8" w14:textId="77777777" w:rsidR="007868F2" w:rsidRDefault="00000000">
            <w:r>
              <w:rPr>
                <w:rFonts w:ascii="Times New Roman" w:hAnsi="Times New Roman"/>
                <w:sz w:val="24"/>
              </w:rPr>
              <w:t>43024/partial</w:t>
            </w:r>
          </w:p>
        </w:tc>
        <w:tc>
          <w:tcPr>
            <w:tcW w:w="1234" w:type="dxa"/>
          </w:tcPr>
          <w:p w14:paraId="29C13798" w14:textId="77777777" w:rsidR="007868F2" w:rsidRDefault="007868F2"/>
        </w:tc>
      </w:tr>
      <w:tr w:rsidR="007868F2" w14:paraId="6109495E" w14:textId="77777777">
        <w:tc>
          <w:tcPr>
            <w:tcW w:w="1234" w:type="dxa"/>
          </w:tcPr>
          <w:p w14:paraId="3801FF73" w14:textId="77777777" w:rsidR="007868F2" w:rsidRDefault="00000000">
            <w:r>
              <w:rPr>
                <w:rFonts w:ascii="Times New Roman" w:hAnsi="Times New Roman"/>
                <w:sz w:val="24"/>
              </w:rPr>
              <w:t>49.</w:t>
            </w:r>
          </w:p>
        </w:tc>
        <w:tc>
          <w:tcPr>
            <w:tcW w:w="1234" w:type="dxa"/>
          </w:tcPr>
          <w:p w14:paraId="3FB1B59F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F915C3F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68C9B4E" w14:textId="77777777" w:rsidR="007868F2" w:rsidRDefault="00000000">
            <w:r>
              <w:rPr>
                <w:rFonts w:ascii="Times New Roman" w:hAnsi="Times New Roman"/>
                <w:sz w:val="24"/>
              </w:rPr>
              <w:t>250,73 mp</w:t>
            </w:r>
          </w:p>
        </w:tc>
        <w:tc>
          <w:tcPr>
            <w:tcW w:w="1234" w:type="dxa"/>
          </w:tcPr>
          <w:p w14:paraId="7B2EBE9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B51F2EE" w14:textId="77777777" w:rsidR="007868F2" w:rsidRDefault="00000000">
            <w:r>
              <w:rPr>
                <w:rFonts w:ascii="Times New Roman" w:hAnsi="Times New Roman"/>
                <w:sz w:val="24"/>
              </w:rPr>
              <w:t>43058/partial</w:t>
            </w:r>
          </w:p>
        </w:tc>
        <w:tc>
          <w:tcPr>
            <w:tcW w:w="1234" w:type="dxa"/>
          </w:tcPr>
          <w:p w14:paraId="21E17319" w14:textId="77777777" w:rsidR="007868F2" w:rsidRDefault="007868F2"/>
        </w:tc>
      </w:tr>
      <w:tr w:rsidR="007868F2" w14:paraId="2C51DE12" w14:textId="77777777">
        <w:tc>
          <w:tcPr>
            <w:tcW w:w="1234" w:type="dxa"/>
          </w:tcPr>
          <w:p w14:paraId="3C507955" w14:textId="77777777" w:rsidR="007868F2" w:rsidRDefault="00000000">
            <w:r>
              <w:rPr>
                <w:rFonts w:ascii="Times New Roman" w:hAnsi="Times New Roman"/>
                <w:sz w:val="24"/>
              </w:rPr>
              <w:t>50.</w:t>
            </w:r>
          </w:p>
        </w:tc>
        <w:tc>
          <w:tcPr>
            <w:tcW w:w="1234" w:type="dxa"/>
          </w:tcPr>
          <w:p w14:paraId="764B9814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D162E2D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6F65860" w14:textId="77777777" w:rsidR="007868F2" w:rsidRDefault="00000000">
            <w:r>
              <w:rPr>
                <w:rFonts w:ascii="Times New Roman" w:hAnsi="Times New Roman"/>
                <w:sz w:val="24"/>
              </w:rPr>
              <w:t>179,22 mp</w:t>
            </w:r>
          </w:p>
        </w:tc>
        <w:tc>
          <w:tcPr>
            <w:tcW w:w="1234" w:type="dxa"/>
          </w:tcPr>
          <w:p w14:paraId="13A9478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029A1B1" w14:textId="77777777" w:rsidR="007868F2" w:rsidRDefault="00000000">
            <w:r>
              <w:rPr>
                <w:rFonts w:ascii="Times New Roman" w:hAnsi="Times New Roman"/>
                <w:sz w:val="24"/>
              </w:rPr>
              <w:t>43066/partial</w:t>
            </w:r>
          </w:p>
        </w:tc>
        <w:tc>
          <w:tcPr>
            <w:tcW w:w="1234" w:type="dxa"/>
          </w:tcPr>
          <w:p w14:paraId="382CDE1D" w14:textId="77777777" w:rsidR="007868F2" w:rsidRDefault="007868F2"/>
        </w:tc>
      </w:tr>
      <w:tr w:rsidR="007868F2" w14:paraId="629EAB79" w14:textId="77777777">
        <w:tc>
          <w:tcPr>
            <w:tcW w:w="1234" w:type="dxa"/>
          </w:tcPr>
          <w:p w14:paraId="5BC122B7" w14:textId="77777777" w:rsidR="007868F2" w:rsidRDefault="00000000">
            <w:r>
              <w:rPr>
                <w:rFonts w:ascii="Times New Roman" w:hAnsi="Times New Roman"/>
                <w:sz w:val="24"/>
              </w:rPr>
              <w:t>51.</w:t>
            </w:r>
          </w:p>
        </w:tc>
        <w:tc>
          <w:tcPr>
            <w:tcW w:w="1234" w:type="dxa"/>
          </w:tcPr>
          <w:p w14:paraId="1B5DBFF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69944E2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70F4851D" w14:textId="77777777" w:rsidR="007868F2" w:rsidRDefault="00000000">
            <w:r>
              <w:rPr>
                <w:rFonts w:ascii="Times New Roman" w:hAnsi="Times New Roman"/>
                <w:sz w:val="24"/>
              </w:rPr>
              <w:t>3.302,20 mp</w:t>
            </w:r>
          </w:p>
        </w:tc>
        <w:tc>
          <w:tcPr>
            <w:tcW w:w="1234" w:type="dxa"/>
          </w:tcPr>
          <w:p w14:paraId="6FA3A2D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3AB154D" w14:textId="77777777" w:rsidR="007868F2" w:rsidRDefault="00000000">
            <w:r>
              <w:rPr>
                <w:rFonts w:ascii="Times New Roman" w:hAnsi="Times New Roman"/>
                <w:sz w:val="24"/>
              </w:rPr>
              <w:t>43075/partial</w:t>
            </w:r>
          </w:p>
        </w:tc>
        <w:tc>
          <w:tcPr>
            <w:tcW w:w="1234" w:type="dxa"/>
          </w:tcPr>
          <w:p w14:paraId="055D2D47" w14:textId="77777777" w:rsidR="007868F2" w:rsidRDefault="007868F2"/>
        </w:tc>
      </w:tr>
      <w:tr w:rsidR="007868F2" w14:paraId="1B02118F" w14:textId="77777777">
        <w:tc>
          <w:tcPr>
            <w:tcW w:w="1234" w:type="dxa"/>
          </w:tcPr>
          <w:p w14:paraId="7C252103" w14:textId="77777777" w:rsidR="007868F2" w:rsidRDefault="00000000">
            <w:r>
              <w:rPr>
                <w:rFonts w:ascii="Times New Roman" w:hAnsi="Times New Roman"/>
                <w:sz w:val="24"/>
              </w:rPr>
              <w:t>52.</w:t>
            </w:r>
          </w:p>
        </w:tc>
        <w:tc>
          <w:tcPr>
            <w:tcW w:w="1234" w:type="dxa"/>
          </w:tcPr>
          <w:p w14:paraId="37706B0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EC7880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77BB0248" w14:textId="77777777" w:rsidR="007868F2" w:rsidRDefault="00000000">
            <w:r>
              <w:rPr>
                <w:rFonts w:ascii="Times New Roman" w:hAnsi="Times New Roman"/>
                <w:sz w:val="24"/>
              </w:rPr>
              <w:t>531,30 mp</w:t>
            </w:r>
          </w:p>
        </w:tc>
        <w:tc>
          <w:tcPr>
            <w:tcW w:w="1234" w:type="dxa"/>
          </w:tcPr>
          <w:p w14:paraId="5C5380C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A7F9561" w14:textId="77777777" w:rsidR="007868F2" w:rsidRDefault="00000000">
            <w:r>
              <w:rPr>
                <w:rFonts w:ascii="Times New Roman" w:hAnsi="Times New Roman"/>
                <w:sz w:val="24"/>
              </w:rPr>
              <w:t>43129/partial</w:t>
            </w:r>
          </w:p>
        </w:tc>
        <w:tc>
          <w:tcPr>
            <w:tcW w:w="1234" w:type="dxa"/>
          </w:tcPr>
          <w:p w14:paraId="5B926A3A" w14:textId="77777777" w:rsidR="007868F2" w:rsidRDefault="007868F2"/>
        </w:tc>
      </w:tr>
      <w:tr w:rsidR="007868F2" w14:paraId="4CFBD12A" w14:textId="77777777">
        <w:tc>
          <w:tcPr>
            <w:tcW w:w="1234" w:type="dxa"/>
          </w:tcPr>
          <w:p w14:paraId="3968504D" w14:textId="77777777" w:rsidR="007868F2" w:rsidRDefault="00000000">
            <w:r>
              <w:rPr>
                <w:rFonts w:ascii="Times New Roman" w:hAnsi="Times New Roman"/>
                <w:sz w:val="24"/>
              </w:rPr>
              <w:t>53.</w:t>
            </w:r>
          </w:p>
        </w:tc>
        <w:tc>
          <w:tcPr>
            <w:tcW w:w="1234" w:type="dxa"/>
          </w:tcPr>
          <w:p w14:paraId="71DD5A0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3D3F0B9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4C6C0F4" w14:textId="77777777" w:rsidR="007868F2" w:rsidRDefault="00000000">
            <w:r>
              <w:rPr>
                <w:rFonts w:ascii="Times New Roman" w:hAnsi="Times New Roman"/>
                <w:sz w:val="24"/>
              </w:rPr>
              <w:t>185,31 mp</w:t>
            </w:r>
          </w:p>
        </w:tc>
        <w:tc>
          <w:tcPr>
            <w:tcW w:w="1234" w:type="dxa"/>
          </w:tcPr>
          <w:p w14:paraId="57E4F8A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623F85C" w14:textId="77777777" w:rsidR="007868F2" w:rsidRDefault="00000000">
            <w:r>
              <w:rPr>
                <w:rFonts w:ascii="Times New Roman" w:hAnsi="Times New Roman"/>
                <w:sz w:val="24"/>
              </w:rPr>
              <w:t>43145/partial</w:t>
            </w:r>
          </w:p>
        </w:tc>
        <w:tc>
          <w:tcPr>
            <w:tcW w:w="1234" w:type="dxa"/>
          </w:tcPr>
          <w:p w14:paraId="2CFBA529" w14:textId="77777777" w:rsidR="007868F2" w:rsidRDefault="007868F2"/>
        </w:tc>
      </w:tr>
      <w:tr w:rsidR="007868F2" w14:paraId="7B772F0C" w14:textId="77777777">
        <w:tc>
          <w:tcPr>
            <w:tcW w:w="1234" w:type="dxa"/>
          </w:tcPr>
          <w:p w14:paraId="739405BB" w14:textId="77777777" w:rsidR="007868F2" w:rsidRDefault="00000000">
            <w:r>
              <w:rPr>
                <w:rFonts w:ascii="Times New Roman" w:hAnsi="Times New Roman"/>
                <w:sz w:val="24"/>
              </w:rPr>
              <w:t>54.</w:t>
            </w:r>
          </w:p>
        </w:tc>
        <w:tc>
          <w:tcPr>
            <w:tcW w:w="1234" w:type="dxa"/>
          </w:tcPr>
          <w:p w14:paraId="10ACD01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0B7F79E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CA34C81" w14:textId="77777777" w:rsidR="007868F2" w:rsidRDefault="00000000">
            <w:r>
              <w:rPr>
                <w:rFonts w:ascii="Times New Roman" w:hAnsi="Times New Roman"/>
                <w:sz w:val="24"/>
              </w:rPr>
              <w:t>76,82 mp</w:t>
            </w:r>
          </w:p>
        </w:tc>
        <w:tc>
          <w:tcPr>
            <w:tcW w:w="1234" w:type="dxa"/>
          </w:tcPr>
          <w:p w14:paraId="5FBABE1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A1C42CB" w14:textId="77777777" w:rsidR="007868F2" w:rsidRDefault="00000000">
            <w:r>
              <w:rPr>
                <w:rFonts w:ascii="Times New Roman" w:hAnsi="Times New Roman"/>
                <w:sz w:val="24"/>
              </w:rPr>
              <w:t>43169/partial</w:t>
            </w:r>
          </w:p>
        </w:tc>
        <w:tc>
          <w:tcPr>
            <w:tcW w:w="1234" w:type="dxa"/>
          </w:tcPr>
          <w:p w14:paraId="493B1A92" w14:textId="77777777" w:rsidR="007868F2" w:rsidRDefault="007868F2"/>
        </w:tc>
      </w:tr>
      <w:tr w:rsidR="007868F2" w14:paraId="38AF9E38" w14:textId="77777777">
        <w:tc>
          <w:tcPr>
            <w:tcW w:w="1234" w:type="dxa"/>
          </w:tcPr>
          <w:p w14:paraId="2654E1A9" w14:textId="77777777" w:rsidR="007868F2" w:rsidRDefault="00000000">
            <w:r>
              <w:rPr>
                <w:rFonts w:ascii="Times New Roman" w:hAnsi="Times New Roman"/>
                <w:sz w:val="24"/>
              </w:rPr>
              <w:t>55.</w:t>
            </w:r>
          </w:p>
        </w:tc>
        <w:tc>
          <w:tcPr>
            <w:tcW w:w="1234" w:type="dxa"/>
          </w:tcPr>
          <w:p w14:paraId="2161E57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3ABD9BF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2CD48FB" w14:textId="77777777" w:rsidR="007868F2" w:rsidRDefault="00000000">
            <w:r>
              <w:rPr>
                <w:rFonts w:ascii="Times New Roman" w:hAnsi="Times New Roman"/>
                <w:sz w:val="24"/>
              </w:rPr>
              <w:t>755,76 mp</w:t>
            </w:r>
          </w:p>
        </w:tc>
        <w:tc>
          <w:tcPr>
            <w:tcW w:w="1234" w:type="dxa"/>
          </w:tcPr>
          <w:p w14:paraId="0875A1C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3CCD612" w14:textId="77777777" w:rsidR="007868F2" w:rsidRDefault="00000000">
            <w:r>
              <w:rPr>
                <w:rFonts w:ascii="Times New Roman" w:hAnsi="Times New Roman"/>
                <w:sz w:val="24"/>
              </w:rPr>
              <w:t>43174/partial</w:t>
            </w:r>
          </w:p>
        </w:tc>
        <w:tc>
          <w:tcPr>
            <w:tcW w:w="1234" w:type="dxa"/>
          </w:tcPr>
          <w:p w14:paraId="043D248B" w14:textId="77777777" w:rsidR="007868F2" w:rsidRDefault="007868F2"/>
        </w:tc>
      </w:tr>
      <w:tr w:rsidR="007868F2" w14:paraId="7B89E1F4" w14:textId="77777777">
        <w:tc>
          <w:tcPr>
            <w:tcW w:w="1234" w:type="dxa"/>
          </w:tcPr>
          <w:p w14:paraId="4455AD40" w14:textId="77777777" w:rsidR="007868F2" w:rsidRDefault="00000000">
            <w:r>
              <w:rPr>
                <w:rFonts w:ascii="Times New Roman" w:hAnsi="Times New Roman"/>
                <w:sz w:val="24"/>
              </w:rPr>
              <w:t>56.</w:t>
            </w:r>
          </w:p>
        </w:tc>
        <w:tc>
          <w:tcPr>
            <w:tcW w:w="1234" w:type="dxa"/>
          </w:tcPr>
          <w:p w14:paraId="25E44119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</w:t>
            </w:r>
            <w:r>
              <w:rPr>
                <w:rFonts w:ascii="Times New Roman" w:hAnsi="Times New Roman"/>
                <w:sz w:val="24"/>
              </w:rPr>
              <w:lastRenderedPageBreak/>
              <w:t>spre amenajare</w:t>
            </w:r>
          </w:p>
        </w:tc>
        <w:tc>
          <w:tcPr>
            <w:tcW w:w="1234" w:type="dxa"/>
          </w:tcPr>
          <w:p w14:paraId="40A2358C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Bistret</w:t>
            </w:r>
          </w:p>
        </w:tc>
        <w:tc>
          <w:tcPr>
            <w:tcW w:w="1234" w:type="dxa"/>
          </w:tcPr>
          <w:p w14:paraId="29ED110E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4.330,96 </w:t>
            </w:r>
            <w:r>
              <w:rPr>
                <w:rFonts w:ascii="Times New Roman" w:hAnsi="Times New Roman"/>
                <w:sz w:val="24"/>
              </w:rPr>
              <w:lastRenderedPageBreak/>
              <w:t>mp</w:t>
            </w:r>
          </w:p>
        </w:tc>
        <w:tc>
          <w:tcPr>
            <w:tcW w:w="1234" w:type="dxa"/>
          </w:tcPr>
          <w:p w14:paraId="06B40DB9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Aliniament</w:t>
            </w:r>
          </w:p>
        </w:tc>
        <w:tc>
          <w:tcPr>
            <w:tcW w:w="1234" w:type="dxa"/>
          </w:tcPr>
          <w:p w14:paraId="447F1832" w14:textId="77777777" w:rsidR="007868F2" w:rsidRDefault="00000000">
            <w:r>
              <w:rPr>
                <w:rFonts w:ascii="Times New Roman" w:hAnsi="Times New Roman"/>
                <w:sz w:val="24"/>
              </w:rPr>
              <w:t>43315/partial</w:t>
            </w:r>
          </w:p>
        </w:tc>
        <w:tc>
          <w:tcPr>
            <w:tcW w:w="1234" w:type="dxa"/>
          </w:tcPr>
          <w:p w14:paraId="5AD01386" w14:textId="77777777" w:rsidR="007868F2" w:rsidRDefault="007868F2"/>
        </w:tc>
      </w:tr>
      <w:tr w:rsidR="007868F2" w14:paraId="4F5E7970" w14:textId="77777777">
        <w:tc>
          <w:tcPr>
            <w:tcW w:w="1234" w:type="dxa"/>
          </w:tcPr>
          <w:p w14:paraId="73AE4B84" w14:textId="77777777" w:rsidR="007868F2" w:rsidRDefault="00000000">
            <w:r>
              <w:rPr>
                <w:rFonts w:ascii="Times New Roman" w:hAnsi="Times New Roman"/>
                <w:sz w:val="24"/>
              </w:rPr>
              <w:t>57.</w:t>
            </w:r>
          </w:p>
        </w:tc>
        <w:tc>
          <w:tcPr>
            <w:tcW w:w="1234" w:type="dxa"/>
          </w:tcPr>
          <w:p w14:paraId="00940D2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AC950EE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2832AA68" w14:textId="77777777" w:rsidR="007868F2" w:rsidRDefault="00000000">
            <w:r>
              <w:rPr>
                <w:rFonts w:ascii="Times New Roman" w:hAnsi="Times New Roman"/>
                <w:sz w:val="24"/>
              </w:rPr>
              <w:t>2.346,83 mp</w:t>
            </w:r>
          </w:p>
        </w:tc>
        <w:tc>
          <w:tcPr>
            <w:tcW w:w="1234" w:type="dxa"/>
          </w:tcPr>
          <w:p w14:paraId="3AC024F5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856A849" w14:textId="77777777" w:rsidR="007868F2" w:rsidRDefault="00000000">
            <w:r>
              <w:rPr>
                <w:rFonts w:ascii="Times New Roman" w:hAnsi="Times New Roman"/>
                <w:sz w:val="24"/>
              </w:rPr>
              <w:t>43316/partial</w:t>
            </w:r>
          </w:p>
        </w:tc>
        <w:tc>
          <w:tcPr>
            <w:tcW w:w="1234" w:type="dxa"/>
          </w:tcPr>
          <w:p w14:paraId="2F82FE31" w14:textId="77777777" w:rsidR="007868F2" w:rsidRDefault="007868F2"/>
        </w:tc>
      </w:tr>
      <w:tr w:rsidR="007868F2" w14:paraId="1286309F" w14:textId="77777777">
        <w:tc>
          <w:tcPr>
            <w:tcW w:w="1234" w:type="dxa"/>
          </w:tcPr>
          <w:p w14:paraId="76659D25" w14:textId="77777777" w:rsidR="007868F2" w:rsidRDefault="00000000">
            <w:r>
              <w:rPr>
                <w:rFonts w:ascii="Times New Roman" w:hAnsi="Times New Roman"/>
                <w:sz w:val="24"/>
              </w:rPr>
              <w:t>58.</w:t>
            </w:r>
          </w:p>
        </w:tc>
        <w:tc>
          <w:tcPr>
            <w:tcW w:w="1234" w:type="dxa"/>
          </w:tcPr>
          <w:p w14:paraId="334A7E04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BD136BF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42E0851" w14:textId="77777777" w:rsidR="007868F2" w:rsidRDefault="00000000">
            <w:r>
              <w:rPr>
                <w:rFonts w:ascii="Times New Roman" w:hAnsi="Times New Roman"/>
                <w:sz w:val="24"/>
              </w:rPr>
              <w:t>84,37 mp</w:t>
            </w:r>
          </w:p>
        </w:tc>
        <w:tc>
          <w:tcPr>
            <w:tcW w:w="1234" w:type="dxa"/>
          </w:tcPr>
          <w:p w14:paraId="6501D77A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2B44B2D" w14:textId="77777777" w:rsidR="007868F2" w:rsidRDefault="00000000">
            <w:r>
              <w:rPr>
                <w:rFonts w:ascii="Times New Roman" w:hAnsi="Times New Roman"/>
                <w:sz w:val="24"/>
              </w:rPr>
              <w:t>43339/partial</w:t>
            </w:r>
          </w:p>
        </w:tc>
        <w:tc>
          <w:tcPr>
            <w:tcW w:w="1234" w:type="dxa"/>
          </w:tcPr>
          <w:p w14:paraId="29B4A762" w14:textId="77777777" w:rsidR="007868F2" w:rsidRDefault="007868F2"/>
        </w:tc>
      </w:tr>
      <w:tr w:rsidR="007868F2" w14:paraId="607E0F8B" w14:textId="77777777">
        <w:tc>
          <w:tcPr>
            <w:tcW w:w="1234" w:type="dxa"/>
          </w:tcPr>
          <w:p w14:paraId="41040B52" w14:textId="77777777" w:rsidR="007868F2" w:rsidRDefault="00000000">
            <w:r>
              <w:rPr>
                <w:rFonts w:ascii="Times New Roman" w:hAnsi="Times New Roman"/>
                <w:sz w:val="24"/>
              </w:rPr>
              <w:t>59.</w:t>
            </w:r>
          </w:p>
        </w:tc>
        <w:tc>
          <w:tcPr>
            <w:tcW w:w="1234" w:type="dxa"/>
          </w:tcPr>
          <w:p w14:paraId="53330E2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8B38F77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B93AE22" w14:textId="77777777" w:rsidR="007868F2" w:rsidRDefault="00000000">
            <w:r>
              <w:rPr>
                <w:rFonts w:ascii="Times New Roman" w:hAnsi="Times New Roman"/>
                <w:sz w:val="24"/>
              </w:rPr>
              <w:t>14.386,89 mp</w:t>
            </w:r>
          </w:p>
        </w:tc>
        <w:tc>
          <w:tcPr>
            <w:tcW w:w="1234" w:type="dxa"/>
          </w:tcPr>
          <w:p w14:paraId="7B8C296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B1CAF67" w14:textId="77777777" w:rsidR="007868F2" w:rsidRDefault="00000000">
            <w:r>
              <w:rPr>
                <w:rFonts w:ascii="Times New Roman" w:hAnsi="Times New Roman"/>
                <w:sz w:val="24"/>
              </w:rPr>
              <w:t>37991/partial</w:t>
            </w:r>
          </w:p>
        </w:tc>
        <w:tc>
          <w:tcPr>
            <w:tcW w:w="1234" w:type="dxa"/>
          </w:tcPr>
          <w:p w14:paraId="2681E6C0" w14:textId="77777777" w:rsidR="007868F2" w:rsidRDefault="007868F2"/>
        </w:tc>
      </w:tr>
      <w:tr w:rsidR="007868F2" w14:paraId="70058E9C" w14:textId="77777777">
        <w:tc>
          <w:tcPr>
            <w:tcW w:w="1234" w:type="dxa"/>
          </w:tcPr>
          <w:p w14:paraId="5F271F63" w14:textId="77777777" w:rsidR="007868F2" w:rsidRDefault="00000000">
            <w:r>
              <w:rPr>
                <w:rFonts w:ascii="Times New Roman" w:hAnsi="Times New Roman"/>
                <w:sz w:val="24"/>
              </w:rPr>
              <w:t>60.</w:t>
            </w:r>
          </w:p>
        </w:tc>
        <w:tc>
          <w:tcPr>
            <w:tcW w:w="1234" w:type="dxa"/>
          </w:tcPr>
          <w:p w14:paraId="7AEBF54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92D763D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01DED15" w14:textId="77777777" w:rsidR="007868F2" w:rsidRDefault="00000000">
            <w:r>
              <w:rPr>
                <w:rFonts w:ascii="Times New Roman" w:hAnsi="Times New Roman"/>
                <w:sz w:val="24"/>
              </w:rPr>
              <w:t>562,49 mp</w:t>
            </w:r>
          </w:p>
        </w:tc>
        <w:tc>
          <w:tcPr>
            <w:tcW w:w="1234" w:type="dxa"/>
          </w:tcPr>
          <w:p w14:paraId="471D202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3689818" w14:textId="77777777" w:rsidR="007868F2" w:rsidRDefault="00000000">
            <w:r>
              <w:rPr>
                <w:rFonts w:ascii="Times New Roman" w:hAnsi="Times New Roman"/>
                <w:sz w:val="24"/>
              </w:rPr>
              <w:t>39450/partial</w:t>
            </w:r>
          </w:p>
        </w:tc>
        <w:tc>
          <w:tcPr>
            <w:tcW w:w="1234" w:type="dxa"/>
          </w:tcPr>
          <w:p w14:paraId="1E9FB593" w14:textId="77777777" w:rsidR="007868F2" w:rsidRDefault="007868F2"/>
        </w:tc>
      </w:tr>
      <w:tr w:rsidR="007868F2" w14:paraId="1CF4EE8A" w14:textId="77777777">
        <w:tc>
          <w:tcPr>
            <w:tcW w:w="1234" w:type="dxa"/>
          </w:tcPr>
          <w:p w14:paraId="203CD815" w14:textId="77777777" w:rsidR="007868F2" w:rsidRDefault="00000000">
            <w:r>
              <w:rPr>
                <w:rFonts w:ascii="Times New Roman" w:hAnsi="Times New Roman"/>
                <w:sz w:val="24"/>
              </w:rPr>
              <w:t>61.</w:t>
            </w:r>
          </w:p>
        </w:tc>
        <w:tc>
          <w:tcPr>
            <w:tcW w:w="1234" w:type="dxa"/>
          </w:tcPr>
          <w:p w14:paraId="593A5633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E09C1B0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7584AA3" w14:textId="77777777" w:rsidR="007868F2" w:rsidRDefault="00000000">
            <w:r>
              <w:rPr>
                <w:rFonts w:ascii="Times New Roman" w:hAnsi="Times New Roman"/>
                <w:sz w:val="24"/>
              </w:rPr>
              <w:t>35,08 mp</w:t>
            </w:r>
          </w:p>
        </w:tc>
        <w:tc>
          <w:tcPr>
            <w:tcW w:w="1234" w:type="dxa"/>
          </w:tcPr>
          <w:p w14:paraId="213436E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B2B97D5" w14:textId="77777777" w:rsidR="007868F2" w:rsidRDefault="00000000">
            <w:r>
              <w:rPr>
                <w:rFonts w:ascii="Times New Roman" w:hAnsi="Times New Roman"/>
                <w:sz w:val="24"/>
              </w:rPr>
              <w:t>39453/partial</w:t>
            </w:r>
          </w:p>
        </w:tc>
        <w:tc>
          <w:tcPr>
            <w:tcW w:w="1234" w:type="dxa"/>
          </w:tcPr>
          <w:p w14:paraId="026CA4A5" w14:textId="77777777" w:rsidR="007868F2" w:rsidRDefault="007868F2"/>
        </w:tc>
      </w:tr>
      <w:tr w:rsidR="007868F2" w14:paraId="5D3F74D8" w14:textId="77777777">
        <w:tc>
          <w:tcPr>
            <w:tcW w:w="1234" w:type="dxa"/>
          </w:tcPr>
          <w:p w14:paraId="7B6FD822" w14:textId="77777777" w:rsidR="007868F2" w:rsidRDefault="00000000">
            <w:r>
              <w:rPr>
                <w:rFonts w:ascii="Times New Roman" w:hAnsi="Times New Roman"/>
                <w:sz w:val="24"/>
              </w:rPr>
              <w:t>62.</w:t>
            </w:r>
          </w:p>
        </w:tc>
        <w:tc>
          <w:tcPr>
            <w:tcW w:w="1234" w:type="dxa"/>
          </w:tcPr>
          <w:p w14:paraId="0CC3837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3965FE4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AE97F7F" w14:textId="77777777" w:rsidR="007868F2" w:rsidRDefault="00000000">
            <w:r>
              <w:rPr>
                <w:rFonts w:ascii="Times New Roman" w:hAnsi="Times New Roman"/>
                <w:sz w:val="24"/>
              </w:rPr>
              <w:t>1.772,45 mp</w:t>
            </w:r>
          </w:p>
        </w:tc>
        <w:tc>
          <w:tcPr>
            <w:tcW w:w="1234" w:type="dxa"/>
          </w:tcPr>
          <w:p w14:paraId="6ACD2AE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BF33B20" w14:textId="77777777" w:rsidR="007868F2" w:rsidRDefault="00000000">
            <w:r>
              <w:rPr>
                <w:rFonts w:ascii="Times New Roman" w:hAnsi="Times New Roman"/>
                <w:sz w:val="24"/>
              </w:rPr>
              <w:t>39465/partial</w:t>
            </w:r>
          </w:p>
        </w:tc>
        <w:tc>
          <w:tcPr>
            <w:tcW w:w="1234" w:type="dxa"/>
          </w:tcPr>
          <w:p w14:paraId="1D3033C9" w14:textId="77777777" w:rsidR="007868F2" w:rsidRDefault="007868F2"/>
        </w:tc>
      </w:tr>
      <w:tr w:rsidR="007868F2" w14:paraId="40FFD994" w14:textId="77777777">
        <w:tc>
          <w:tcPr>
            <w:tcW w:w="1234" w:type="dxa"/>
          </w:tcPr>
          <w:p w14:paraId="66725F9A" w14:textId="77777777" w:rsidR="007868F2" w:rsidRDefault="00000000">
            <w:r>
              <w:rPr>
                <w:rFonts w:ascii="Times New Roman" w:hAnsi="Times New Roman"/>
                <w:sz w:val="24"/>
              </w:rPr>
              <w:t>63.</w:t>
            </w:r>
          </w:p>
        </w:tc>
        <w:tc>
          <w:tcPr>
            <w:tcW w:w="1234" w:type="dxa"/>
          </w:tcPr>
          <w:p w14:paraId="4CCA8EA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1D08D18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8C18A12" w14:textId="77777777" w:rsidR="007868F2" w:rsidRDefault="00000000">
            <w:r>
              <w:rPr>
                <w:rFonts w:ascii="Times New Roman" w:hAnsi="Times New Roman"/>
                <w:sz w:val="24"/>
              </w:rPr>
              <w:t>482,74 mp</w:t>
            </w:r>
          </w:p>
        </w:tc>
        <w:tc>
          <w:tcPr>
            <w:tcW w:w="1234" w:type="dxa"/>
          </w:tcPr>
          <w:p w14:paraId="03DA786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F4AEE06" w14:textId="77777777" w:rsidR="007868F2" w:rsidRDefault="00000000">
            <w:r>
              <w:rPr>
                <w:rFonts w:ascii="Times New Roman" w:hAnsi="Times New Roman"/>
                <w:sz w:val="24"/>
              </w:rPr>
              <w:t>39482/partial</w:t>
            </w:r>
          </w:p>
        </w:tc>
        <w:tc>
          <w:tcPr>
            <w:tcW w:w="1234" w:type="dxa"/>
          </w:tcPr>
          <w:p w14:paraId="289A42C2" w14:textId="77777777" w:rsidR="007868F2" w:rsidRDefault="007868F2"/>
        </w:tc>
      </w:tr>
      <w:tr w:rsidR="007868F2" w14:paraId="7D5B1A6A" w14:textId="77777777">
        <w:tc>
          <w:tcPr>
            <w:tcW w:w="1234" w:type="dxa"/>
          </w:tcPr>
          <w:p w14:paraId="324AD916" w14:textId="77777777" w:rsidR="007868F2" w:rsidRDefault="00000000">
            <w:r>
              <w:rPr>
                <w:rFonts w:ascii="Times New Roman" w:hAnsi="Times New Roman"/>
                <w:sz w:val="24"/>
              </w:rPr>
              <w:t>64.</w:t>
            </w:r>
          </w:p>
        </w:tc>
        <w:tc>
          <w:tcPr>
            <w:tcW w:w="1234" w:type="dxa"/>
          </w:tcPr>
          <w:p w14:paraId="7C76DE0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731C0B5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ABAE93F" w14:textId="77777777" w:rsidR="007868F2" w:rsidRDefault="00000000">
            <w:r>
              <w:rPr>
                <w:rFonts w:ascii="Times New Roman" w:hAnsi="Times New Roman"/>
                <w:sz w:val="24"/>
              </w:rPr>
              <w:t>804,22 mp</w:t>
            </w:r>
          </w:p>
        </w:tc>
        <w:tc>
          <w:tcPr>
            <w:tcW w:w="1234" w:type="dxa"/>
          </w:tcPr>
          <w:p w14:paraId="7F92FBB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4CF6F8D" w14:textId="77777777" w:rsidR="007868F2" w:rsidRDefault="00000000">
            <w:r>
              <w:rPr>
                <w:rFonts w:ascii="Times New Roman" w:hAnsi="Times New Roman"/>
                <w:sz w:val="24"/>
              </w:rPr>
              <w:t>39503/partial</w:t>
            </w:r>
          </w:p>
        </w:tc>
        <w:tc>
          <w:tcPr>
            <w:tcW w:w="1234" w:type="dxa"/>
          </w:tcPr>
          <w:p w14:paraId="64F74691" w14:textId="77777777" w:rsidR="007868F2" w:rsidRDefault="007868F2"/>
        </w:tc>
      </w:tr>
      <w:tr w:rsidR="007868F2" w14:paraId="4121D31A" w14:textId="77777777">
        <w:tc>
          <w:tcPr>
            <w:tcW w:w="1234" w:type="dxa"/>
          </w:tcPr>
          <w:p w14:paraId="2B114A5F" w14:textId="77777777" w:rsidR="007868F2" w:rsidRDefault="00000000">
            <w:r>
              <w:rPr>
                <w:rFonts w:ascii="Times New Roman" w:hAnsi="Times New Roman"/>
                <w:sz w:val="24"/>
              </w:rPr>
              <w:t>65.</w:t>
            </w:r>
          </w:p>
        </w:tc>
        <w:tc>
          <w:tcPr>
            <w:tcW w:w="1234" w:type="dxa"/>
          </w:tcPr>
          <w:p w14:paraId="515EEDB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1D238BB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38D74111" w14:textId="77777777" w:rsidR="007868F2" w:rsidRDefault="00000000">
            <w:r>
              <w:rPr>
                <w:rFonts w:ascii="Times New Roman" w:hAnsi="Times New Roman"/>
                <w:sz w:val="24"/>
              </w:rPr>
              <w:t>761,81 mp</w:t>
            </w:r>
          </w:p>
        </w:tc>
        <w:tc>
          <w:tcPr>
            <w:tcW w:w="1234" w:type="dxa"/>
          </w:tcPr>
          <w:p w14:paraId="34E7E89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FD1CFC7" w14:textId="77777777" w:rsidR="007868F2" w:rsidRDefault="00000000">
            <w:r>
              <w:rPr>
                <w:rFonts w:ascii="Times New Roman" w:hAnsi="Times New Roman"/>
                <w:sz w:val="24"/>
              </w:rPr>
              <w:t>39517/partial</w:t>
            </w:r>
          </w:p>
        </w:tc>
        <w:tc>
          <w:tcPr>
            <w:tcW w:w="1234" w:type="dxa"/>
          </w:tcPr>
          <w:p w14:paraId="6F1CDB9C" w14:textId="77777777" w:rsidR="007868F2" w:rsidRDefault="007868F2"/>
        </w:tc>
      </w:tr>
      <w:tr w:rsidR="007868F2" w14:paraId="52025218" w14:textId="77777777">
        <w:tc>
          <w:tcPr>
            <w:tcW w:w="1234" w:type="dxa"/>
          </w:tcPr>
          <w:p w14:paraId="49AC67C8" w14:textId="77777777" w:rsidR="007868F2" w:rsidRDefault="00000000">
            <w:r>
              <w:rPr>
                <w:rFonts w:ascii="Times New Roman" w:hAnsi="Times New Roman"/>
                <w:sz w:val="24"/>
              </w:rPr>
              <w:t>66.</w:t>
            </w:r>
          </w:p>
        </w:tc>
        <w:tc>
          <w:tcPr>
            <w:tcW w:w="1234" w:type="dxa"/>
          </w:tcPr>
          <w:p w14:paraId="76164D9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0AC0701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2958727" w14:textId="77777777" w:rsidR="007868F2" w:rsidRDefault="00000000">
            <w:r>
              <w:rPr>
                <w:rFonts w:ascii="Times New Roman" w:hAnsi="Times New Roman"/>
                <w:sz w:val="24"/>
              </w:rPr>
              <w:t>1.395,01 mp</w:t>
            </w:r>
          </w:p>
        </w:tc>
        <w:tc>
          <w:tcPr>
            <w:tcW w:w="1234" w:type="dxa"/>
          </w:tcPr>
          <w:p w14:paraId="6D6EE28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1F5E69B" w14:textId="77777777" w:rsidR="007868F2" w:rsidRDefault="00000000">
            <w:r>
              <w:rPr>
                <w:rFonts w:ascii="Times New Roman" w:hAnsi="Times New Roman"/>
                <w:sz w:val="24"/>
              </w:rPr>
              <w:t>39520/partial</w:t>
            </w:r>
          </w:p>
        </w:tc>
        <w:tc>
          <w:tcPr>
            <w:tcW w:w="1234" w:type="dxa"/>
          </w:tcPr>
          <w:p w14:paraId="619CA8BD" w14:textId="77777777" w:rsidR="007868F2" w:rsidRDefault="007868F2"/>
        </w:tc>
      </w:tr>
      <w:tr w:rsidR="007868F2" w14:paraId="37482748" w14:textId="77777777">
        <w:tc>
          <w:tcPr>
            <w:tcW w:w="1234" w:type="dxa"/>
          </w:tcPr>
          <w:p w14:paraId="3E145117" w14:textId="77777777" w:rsidR="007868F2" w:rsidRDefault="00000000">
            <w:r>
              <w:rPr>
                <w:rFonts w:ascii="Times New Roman" w:hAnsi="Times New Roman"/>
                <w:sz w:val="24"/>
              </w:rPr>
              <w:t>67.</w:t>
            </w:r>
          </w:p>
        </w:tc>
        <w:tc>
          <w:tcPr>
            <w:tcW w:w="1234" w:type="dxa"/>
          </w:tcPr>
          <w:p w14:paraId="2C77A830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57C0232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16CF9F5" w14:textId="77777777" w:rsidR="007868F2" w:rsidRDefault="00000000">
            <w:r>
              <w:rPr>
                <w:rFonts w:ascii="Times New Roman" w:hAnsi="Times New Roman"/>
                <w:sz w:val="24"/>
              </w:rPr>
              <w:t>700,79 mp</w:t>
            </w:r>
          </w:p>
        </w:tc>
        <w:tc>
          <w:tcPr>
            <w:tcW w:w="1234" w:type="dxa"/>
          </w:tcPr>
          <w:p w14:paraId="4CBDCB8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836A5C2" w14:textId="77777777" w:rsidR="007868F2" w:rsidRDefault="00000000">
            <w:r>
              <w:rPr>
                <w:rFonts w:ascii="Times New Roman" w:hAnsi="Times New Roman"/>
                <w:sz w:val="24"/>
              </w:rPr>
              <w:t>39530/partial</w:t>
            </w:r>
          </w:p>
        </w:tc>
        <w:tc>
          <w:tcPr>
            <w:tcW w:w="1234" w:type="dxa"/>
          </w:tcPr>
          <w:p w14:paraId="5381D7FF" w14:textId="77777777" w:rsidR="007868F2" w:rsidRDefault="007868F2"/>
        </w:tc>
      </w:tr>
      <w:tr w:rsidR="007868F2" w14:paraId="02C19B42" w14:textId="77777777">
        <w:tc>
          <w:tcPr>
            <w:tcW w:w="1234" w:type="dxa"/>
          </w:tcPr>
          <w:p w14:paraId="6617C03B" w14:textId="77777777" w:rsidR="007868F2" w:rsidRDefault="00000000">
            <w:r>
              <w:rPr>
                <w:rFonts w:ascii="Times New Roman" w:hAnsi="Times New Roman"/>
                <w:sz w:val="24"/>
              </w:rPr>
              <w:t>68.</w:t>
            </w:r>
          </w:p>
        </w:tc>
        <w:tc>
          <w:tcPr>
            <w:tcW w:w="1234" w:type="dxa"/>
          </w:tcPr>
          <w:p w14:paraId="383697C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169D9A1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4CEC6A2" w14:textId="77777777" w:rsidR="007868F2" w:rsidRDefault="00000000">
            <w:r>
              <w:rPr>
                <w:rFonts w:ascii="Times New Roman" w:hAnsi="Times New Roman"/>
                <w:sz w:val="24"/>
              </w:rPr>
              <w:t>2.439,91 mp</w:t>
            </w:r>
          </w:p>
        </w:tc>
        <w:tc>
          <w:tcPr>
            <w:tcW w:w="1234" w:type="dxa"/>
          </w:tcPr>
          <w:p w14:paraId="3BA72A3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70A5EAA" w14:textId="77777777" w:rsidR="007868F2" w:rsidRDefault="00000000">
            <w:r>
              <w:rPr>
                <w:rFonts w:ascii="Times New Roman" w:hAnsi="Times New Roman"/>
                <w:sz w:val="24"/>
              </w:rPr>
              <w:t>39538/partial</w:t>
            </w:r>
          </w:p>
        </w:tc>
        <w:tc>
          <w:tcPr>
            <w:tcW w:w="1234" w:type="dxa"/>
          </w:tcPr>
          <w:p w14:paraId="03DE5077" w14:textId="77777777" w:rsidR="007868F2" w:rsidRDefault="007868F2"/>
        </w:tc>
      </w:tr>
      <w:tr w:rsidR="007868F2" w14:paraId="138A47AA" w14:textId="77777777">
        <w:tc>
          <w:tcPr>
            <w:tcW w:w="1234" w:type="dxa"/>
          </w:tcPr>
          <w:p w14:paraId="586DE507" w14:textId="77777777" w:rsidR="007868F2" w:rsidRDefault="00000000">
            <w:r>
              <w:rPr>
                <w:rFonts w:ascii="Times New Roman" w:hAnsi="Times New Roman"/>
                <w:sz w:val="24"/>
              </w:rPr>
              <w:t>69.</w:t>
            </w:r>
          </w:p>
        </w:tc>
        <w:tc>
          <w:tcPr>
            <w:tcW w:w="1234" w:type="dxa"/>
          </w:tcPr>
          <w:p w14:paraId="0AF8244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C945D08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12C1E050" w14:textId="77777777" w:rsidR="007868F2" w:rsidRDefault="00000000">
            <w:r>
              <w:rPr>
                <w:rFonts w:ascii="Times New Roman" w:hAnsi="Times New Roman"/>
                <w:sz w:val="24"/>
              </w:rPr>
              <w:t>747,67 mp</w:t>
            </w:r>
          </w:p>
        </w:tc>
        <w:tc>
          <w:tcPr>
            <w:tcW w:w="1234" w:type="dxa"/>
          </w:tcPr>
          <w:p w14:paraId="32C71FD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C1CB56D" w14:textId="77777777" w:rsidR="007868F2" w:rsidRDefault="00000000">
            <w:r>
              <w:rPr>
                <w:rFonts w:ascii="Times New Roman" w:hAnsi="Times New Roman"/>
                <w:sz w:val="24"/>
              </w:rPr>
              <w:t>39556/partial</w:t>
            </w:r>
          </w:p>
        </w:tc>
        <w:tc>
          <w:tcPr>
            <w:tcW w:w="1234" w:type="dxa"/>
          </w:tcPr>
          <w:p w14:paraId="1468CCEC" w14:textId="77777777" w:rsidR="007868F2" w:rsidRDefault="007868F2"/>
        </w:tc>
      </w:tr>
      <w:tr w:rsidR="007868F2" w14:paraId="66669E73" w14:textId="77777777">
        <w:tc>
          <w:tcPr>
            <w:tcW w:w="1234" w:type="dxa"/>
          </w:tcPr>
          <w:p w14:paraId="3AEBF4A3" w14:textId="77777777" w:rsidR="007868F2" w:rsidRDefault="00000000">
            <w:r>
              <w:rPr>
                <w:rFonts w:ascii="Times New Roman" w:hAnsi="Times New Roman"/>
                <w:sz w:val="24"/>
              </w:rPr>
              <w:t>70.</w:t>
            </w:r>
          </w:p>
        </w:tc>
        <w:tc>
          <w:tcPr>
            <w:tcW w:w="1234" w:type="dxa"/>
          </w:tcPr>
          <w:p w14:paraId="0914EDA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2EEE53C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21DCEB0B" w14:textId="77777777" w:rsidR="007868F2" w:rsidRDefault="00000000">
            <w:r>
              <w:rPr>
                <w:rFonts w:ascii="Times New Roman" w:hAnsi="Times New Roman"/>
                <w:sz w:val="24"/>
              </w:rPr>
              <w:t>932,31 mp</w:t>
            </w:r>
          </w:p>
        </w:tc>
        <w:tc>
          <w:tcPr>
            <w:tcW w:w="1234" w:type="dxa"/>
          </w:tcPr>
          <w:p w14:paraId="3331B9F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5B8600C" w14:textId="77777777" w:rsidR="007868F2" w:rsidRDefault="00000000">
            <w:r>
              <w:rPr>
                <w:rFonts w:ascii="Times New Roman" w:hAnsi="Times New Roman"/>
                <w:sz w:val="24"/>
              </w:rPr>
              <w:t>39564/partial</w:t>
            </w:r>
          </w:p>
        </w:tc>
        <w:tc>
          <w:tcPr>
            <w:tcW w:w="1234" w:type="dxa"/>
          </w:tcPr>
          <w:p w14:paraId="5D4976FD" w14:textId="77777777" w:rsidR="007868F2" w:rsidRDefault="007868F2"/>
        </w:tc>
      </w:tr>
      <w:tr w:rsidR="007868F2" w14:paraId="1565D301" w14:textId="77777777">
        <w:tc>
          <w:tcPr>
            <w:tcW w:w="1234" w:type="dxa"/>
          </w:tcPr>
          <w:p w14:paraId="09D99A1E" w14:textId="77777777" w:rsidR="007868F2" w:rsidRDefault="00000000">
            <w:r>
              <w:rPr>
                <w:rFonts w:ascii="Times New Roman" w:hAnsi="Times New Roman"/>
                <w:sz w:val="24"/>
              </w:rPr>
              <w:t>71.</w:t>
            </w:r>
          </w:p>
        </w:tc>
        <w:tc>
          <w:tcPr>
            <w:tcW w:w="1234" w:type="dxa"/>
          </w:tcPr>
          <w:p w14:paraId="7BFA196E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spre </w:t>
            </w:r>
            <w:r>
              <w:rPr>
                <w:rFonts w:ascii="Times New Roman" w:hAnsi="Times New Roman"/>
                <w:sz w:val="24"/>
              </w:rPr>
              <w:lastRenderedPageBreak/>
              <w:t>amenajare</w:t>
            </w:r>
          </w:p>
        </w:tc>
        <w:tc>
          <w:tcPr>
            <w:tcW w:w="1234" w:type="dxa"/>
          </w:tcPr>
          <w:p w14:paraId="44AE9B6E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Bistretu Nou</w:t>
            </w:r>
          </w:p>
        </w:tc>
        <w:tc>
          <w:tcPr>
            <w:tcW w:w="1234" w:type="dxa"/>
          </w:tcPr>
          <w:p w14:paraId="798D9835" w14:textId="77777777" w:rsidR="007868F2" w:rsidRDefault="00000000">
            <w:r>
              <w:rPr>
                <w:rFonts w:ascii="Times New Roman" w:hAnsi="Times New Roman"/>
                <w:sz w:val="24"/>
              </w:rPr>
              <w:t>875,58 mp</w:t>
            </w:r>
          </w:p>
        </w:tc>
        <w:tc>
          <w:tcPr>
            <w:tcW w:w="1234" w:type="dxa"/>
          </w:tcPr>
          <w:p w14:paraId="481533D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073CD59" w14:textId="77777777" w:rsidR="007868F2" w:rsidRDefault="00000000">
            <w:r>
              <w:rPr>
                <w:rFonts w:ascii="Times New Roman" w:hAnsi="Times New Roman"/>
                <w:sz w:val="24"/>
              </w:rPr>
              <w:t>39578/partial</w:t>
            </w:r>
          </w:p>
        </w:tc>
        <w:tc>
          <w:tcPr>
            <w:tcW w:w="1234" w:type="dxa"/>
          </w:tcPr>
          <w:p w14:paraId="2599B948" w14:textId="77777777" w:rsidR="007868F2" w:rsidRDefault="007868F2"/>
        </w:tc>
      </w:tr>
      <w:tr w:rsidR="007868F2" w14:paraId="4F34EEDF" w14:textId="77777777">
        <w:tc>
          <w:tcPr>
            <w:tcW w:w="1234" w:type="dxa"/>
          </w:tcPr>
          <w:p w14:paraId="7E5C8AA7" w14:textId="77777777" w:rsidR="007868F2" w:rsidRDefault="00000000">
            <w:r>
              <w:rPr>
                <w:rFonts w:ascii="Times New Roman" w:hAnsi="Times New Roman"/>
                <w:sz w:val="24"/>
              </w:rPr>
              <w:t>72.</w:t>
            </w:r>
          </w:p>
        </w:tc>
        <w:tc>
          <w:tcPr>
            <w:tcW w:w="1234" w:type="dxa"/>
          </w:tcPr>
          <w:p w14:paraId="3F4018D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905A070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7E8A23C" w14:textId="77777777" w:rsidR="007868F2" w:rsidRDefault="00000000">
            <w:r>
              <w:rPr>
                <w:rFonts w:ascii="Times New Roman" w:hAnsi="Times New Roman"/>
                <w:sz w:val="24"/>
              </w:rPr>
              <w:t>1.183,15 mp</w:t>
            </w:r>
          </w:p>
        </w:tc>
        <w:tc>
          <w:tcPr>
            <w:tcW w:w="1234" w:type="dxa"/>
          </w:tcPr>
          <w:p w14:paraId="02A49E75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05FAD00" w14:textId="77777777" w:rsidR="007868F2" w:rsidRDefault="00000000">
            <w:r>
              <w:rPr>
                <w:rFonts w:ascii="Times New Roman" w:hAnsi="Times New Roman"/>
                <w:sz w:val="24"/>
              </w:rPr>
              <w:t>39593/partial</w:t>
            </w:r>
          </w:p>
        </w:tc>
        <w:tc>
          <w:tcPr>
            <w:tcW w:w="1234" w:type="dxa"/>
          </w:tcPr>
          <w:p w14:paraId="717C78D8" w14:textId="77777777" w:rsidR="007868F2" w:rsidRDefault="007868F2"/>
        </w:tc>
      </w:tr>
      <w:tr w:rsidR="007868F2" w14:paraId="75059886" w14:textId="77777777">
        <w:tc>
          <w:tcPr>
            <w:tcW w:w="1234" w:type="dxa"/>
          </w:tcPr>
          <w:p w14:paraId="3CBCCD22" w14:textId="77777777" w:rsidR="007868F2" w:rsidRDefault="00000000">
            <w:r>
              <w:rPr>
                <w:rFonts w:ascii="Times New Roman" w:hAnsi="Times New Roman"/>
                <w:sz w:val="24"/>
              </w:rPr>
              <w:t>73.</w:t>
            </w:r>
          </w:p>
        </w:tc>
        <w:tc>
          <w:tcPr>
            <w:tcW w:w="1234" w:type="dxa"/>
          </w:tcPr>
          <w:p w14:paraId="32166F50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1B9215D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5641A355" w14:textId="77777777" w:rsidR="007868F2" w:rsidRDefault="00000000">
            <w:r>
              <w:rPr>
                <w:rFonts w:ascii="Times New Roman" w:hAnsi="Times New Roman"/>
                <w:sz w:val="24"/>
              </w:rPr>
              <w:t>777,04 mp</w:t>
            </w:r>
          </w:p>
        </w:tc>
        <w:tc>
          <w:tcPr>
            <w:tcW w:w="1234" w:type="dxa"/>
          </w:tcPr>
          <w:p w14:paraId="2F23D6B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CF0CE00" w14:textId="77777777" w:rsidR="007868F2" w:rsidRDefault="00000000">
            <w:r>
              <w:rPr>
                <w:rFonts w:ascii="Times New Roman" w:hAnsi="Times New Roman"/>
                <w:sz w:val="24"/>
              </w:rPr>
              <w:t>39605/partial</w:t>
            </w:r>
          </w:p>
        </w:tc>
        <w:tc>
          <w:tcPr>
            <w:tcW w:w="1234" w:type="dxa"/>
          </w:tcPr>
          <w:p w14:paraId="0D1B8D3A" w14:textId="77777777" w:rsidR="007868F2" w:rsidRDefault="007868F2"/>
        </w:tc>
      </w:tr>
      <w:tr w:rsidR="007868F2" w14:paraId="6057D813" w14:textId="77777777">
        <w:tc>
          <w:tcPr>
            <w:tcW w:w="1234" w:type="dxa"/>
          </w:tcPr>
          <w:p w14:paraId="72B93E31" w14:textId="77777777" w:rsidR="007868F2" w:rsidRDefault="00000000">
            <w:r>
              <w:rPr>
                <w:rFonts w:ascii="Times New Roman" w:hAnsi="Times New Roman"/>
                <w:sz w:val="24"/>
              </w:rPr>
              <w:t>74.</w:t>
            </w:r>
          </w:p>
        </w:tc>
        <w:tc>
          <w:tcPr>
            <w:tcW w:w="1234" w:type="dxa"/>
          </w:tcPr>
          <w:p w14:paraId="4793E53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FCC91B3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35FE2E09" w14:textId="77777777" w:rsidR="007868F2" w:rsidRDefault="00000000">
            <w:r>
              <w:rPr>
                <w:rFonts w:ascii="Times New Roman" w:hAnsi="Times New Roman"/>
                <w:sz w:val="24"/>
              </w:rPr>
              <w:t>911,85 mp</w:t>
            </w:r>
          </w:p>
        </w:tc>
        <w:tc>
          <w:tcPr>
            <w:tcW w:w="1234" w:type="dxa"/>
          </w:tcPr>
          <w:p w14:paraId="7338D6F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69C0823" w14:textId="77777777" w:rsidR="007868F2" w:rsidRDefault="00000000">
            <w:r>
              <w:rPr>
                <w:rFonts w:ascii="Times New Roman" w:hAnsi="Times New Roman"/>
                <w:sz w:val="24"/>
              </w:rPr>
              <w:t>39623/partial</w:t>
            </w:r>
          </w:p>
        </w:tc>
        <w:tc>
          <w:tcPr>
            <w:tcW w:w="1234" w:type="dxa"/>
          </w:tcPr>
          <w:p w14:paraId="0AF12652" w14:textId="77777777" w:rsidR="007868F2" w:rsidRDefault="007868F2"/>
        </w:tc>
      </w:tr>
      <w:tr w:rsidR="007868F2" w14:paraId="28A224C5" w14:textId="77777777">
        <w:tc>
          <w:tcPr>
            <w:tcW w:w="1234" w:type="dxa"/>
          </w:tcPr>
          <w:p w14:paraId="25094B43" w14:textId="77777777" w:rsidR="007868F2" w:rsidRDefault="00000000">
            <w:r>
              <w:rPr>
                <w:rFonts w:ascii="Times New Roman" w:hAnsi="Times New Roman"/>
                <w:sz w:val="24"/>
              </w:rPr>
              <w:t>75.</w:t>
            </w:r>
          </w:p>
        </w:tc>
        <w:tc>
          <w:tcPr>
            <w:tcW w:w="1234" w:type="dxa"/>
          </w:tcPr>
          <w:p w14:paraId="7099149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BB6E69A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2B97962" w14:textId="77777777" w:rsidR="007868F2" w:rsidRDefault="00000000">
            <w:r>
              <w:rPr>
                <w:rFonts w:ascii="Times New Roman" w:hAnsi="Times New Roman"/>
                <w:sz w:val="24"/>
              </w:rPr>
              <w:t>648,59 mp</w:t>
            </w:r>
          </w:p>
        </w:tc>
        <w:tc>
          <w:tcPr>
            <w:tcW w:w="1234" w:type="dxa"/>
          </w:tcPr>
          <w:p w14:paraId="5072A3D4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903E656" w14:textId="77777777" w:rsidR="007868F2" w:rsidRDefault="00000000">
            <w:r>
              <w:rPr>
                <w:rFonts w:ascii="Times New Roman" w:hAnsi="Times New Roman"/>
                <w:sz w:val="24"/>
              </w:rPr>
              <w:t>39637/partial</w:t>
            </w:r>
          </w:p>
        </w:tc>
        <w:tc>
          <w:tcPr>
            <w:tcW w:w="1234" w:type="dxa"/>
          </w:tcPr>
          <w:p w14:paraId="05A867C8" w14:textId="77777777" w:rsidR="007868F2" w:rsidRDefault="007868F2"/>
        </w:tc>
      </w:tr>
      <w:tr w:rsidR="007868F2" w14:paraId="02C3A2FF" w14:textId="77777777">
        <w:tc>
          <w:tcPr>
            <w:tcW w:w="1234" w:type="dxa"/>
          </w:tcPr>
          <w:p w14:paraId="6F696D7C" w14:textId="77777777" w:rsidR="007868F2" w:rsidRDefault="00000000">
            <w:r>
              <w:rPr>
                <w:rFonts w:ascii="Times New Roman" w:hAnsi="Times New Roman"/>
                <w:sz w:val="24"/>
              </w:rPr>
              <w:t>76.</w:t>
            </w:r>
          </w:p>
        </w:tc>
        <w:tc>
          <w:tcPr>
            <w:tcW w:w="1234" w:type="dxa"/>
          </w:tcPr>
          <w:p w14:paraId="3A9A18A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4B1443E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5F93DC7B" w14:textId="77777777" w:rsidR="007868F2" w:rsidRDefault="00000000">
            <w:r>
              <w:rPr>
                <w:rFonts w:ascii="Times New Roman" w:hAnsi="Times New Roman"/>
                <w:sz w:val="24"/>
              </w:rPr>
              <w:t>662,78 mp</w:t>
            </w:r>
          </w:p>
        </w:tc>
        <w:tc>
          <w:tcPr>
            <w:tcW w:w="1234" w:type="dxa"/>
          </w:tcPr>
          <w:p w14:paraId="467E525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729D6E0" w14:textId="77777777" w:rsidR="007868F2" w:rsidRDefault="00000000">
            <w:r>
              <w:rPr>
                <w:rFonts w:ascii="Times New Roman" w:hAnsi="Times New Roman"/>
                <w:sz w:val="24"/>
              </w:rPr>
              <w:t>39644/partial</w:t>
            </w:r>
          </w:p>
        </w:tc>
        <w:tc>
          <w:tcPr>
            <w:tcW w:w="1234" w:type="dxa"/>
          </w:tcPr>
          <w:p w14:paraId="1B255892" w14:textId="77777777" w:rsidR="007868F2" w:rsidRDefault="007868F2"/>
        </w:tc>
      </w:tr>
      <w:tr w:rsidR="007868F2" w14:paraId="5EF90B10" w14:textId="77777777">
        <w:tc>
          <w:tcPr>
            <w:tcW w:w="1234" w:type="dxa"/>
          </w:tcPr>
          <w:p w14:paraId="2650CED4" w14:textId="77777777" w:rsidR="007868F2" w:rsidRDefault="00000000">
            <w:r>
              <w:rPr>
                <w:rFonts w:ascii="Times New Roman" w:hAnsi="Times New Roman"/>
                <w:sz w:val="24"/>
              </w:rPr>
              <w:t>77.</w:t>
            </w:r>
          </w:p>
        </w:tc>
        <w:tc>
          <w:tcPr>
            <w:tcW w:w="1234" w:type="dxa"/>
          </w:tcPr>
          <w:p w14:paraId="051B6BB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8002E04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9F1FD76" w14:textId="77777777" w:rsidR="007868F2" w:rsidRDefault="00000000">
            <w:r>
              <w:rPr>
                <w:rFonts w:ascii="Times New Roman" w:hAnsi="Times New Roman"/>
                <w:sz w:val="24"/>
              </w:rPr>
              <w:t>1.054,70 mp</w:t>
            </w:r>
          </w:p>
        </w:tc>
        <w:tc>
          <w:tcPr>
            <w:tcW w:w="1234" w:type="dxa"/>
          </w:tcPr>
          <w:p w14:paraId="23955F93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4805DB9" w14:textId="77777777" w:rsidR="007868F2" w:rsidRDefault="00000000">
            <w:r>
              <w:rPr>
                <w:rFonts w:ascii="Times New Roman" w:hAnsi="Times New Roman"/>
                <w:sz w:val="24"/>
              </w:rPr>
              <w:t>39648/partial</w:t>
            </w:r>
          </w:p>
        </w:tc>
        <w:tc>
          <w:tcPr>
            <w:tcW w:w="1234" w:type="dxa"/>
          </w:tcPr>
          <w:p w14:paraId="3B985B72" w14:textId="77777777" w:rsidR="007868F2" w:rsidRDefault="007868F2"/>
        </w:tc>
      </w:tr>
      <w:tr w:rsidR="007868F2" w14:paraId="48D002BB" w14:textId="77777777">
        <w:tc>
          <w:tcPr>
            <w:tcW w:w="1234" w:type="dxa"/>
          </w:tcPr>
          <w:p w14:paraId="132A5F2C" w14:textId="77777777" w:rsidR="007868F2" w:rsidRDefault="00000000">
            <w:r>
              <w:rPr>
                <w:rFonts w:ascii="Times New Roman" w:hAnsi="Times New Roman"/>
                <w:sz w:val="24"/>
              </w:rPr>
              <w:t>78.</w:t>
            </w:r>
          </w:p>
        </w:tc>
        <w:tc>
          <w:tcPr>
            <w:tcW w:w="1234" w:type="dxa"/>
          </w:tcPr>
          <w:p w14:paraId="5B91E63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7398D8C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5F7E4DD" w14:textId="77777777" w:rsidR="007868F2" w:rsidRDefault="00000000">
            <w:r>
              <w:rPr>
                <w:rFonts w:ascii="Times New Roman" w:hAnsi="Times New Roman"/>
                <w:sz w:val="24"/>
              </w:rPr>
              <w:t>2.335,60 mp</w:t>
            </w:r>
          </w:p>
        </w:tc>
        <w:tc>
          <w:tcPr>
            <w:tcW w:w="1234" w:type="dxa"/>
          </w:tcPr>
          <w:p w14:paraId="5213C42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B5A0701" w14:textId="77777777" w:rsidR="007868F2" w:rsidRDefault="00000000">
            <w:r>
              <w:rPr>
                <w:rFonts w:ascii="Times New Roman" w:hAnsi="Times New Roman"/>
                <w:sz w:val="24"/>
              </w:rPr>
              <w:t>39675/partial</w:t>
            </w:r>
          </w:p>
        </w:tc>
        <w:tc>
          <w:tcPr>
            <w:tcW w:w="1234" w:type="dxa"/>
          </w:tcPr>
          <w:p w14:paraId="27CB9997" w14:textId="77777777" w:rsidR="007868F2" w:rsidRDefault="007868F2"/>
        </w:tc>
      </w:tr>
      <w:tr w:rsidR="007868F2" w14:paraId="523D93D9" w14:textId="77777777">
        <w:tc>
          <w:tcPr>
            <w:tcW w:w="1234" w:type="dxa"/>
          </w:tcPr>
          <w:p w14:paraId="6F05A7B5" w14:textId="77777777" w:rsidR="007868F2" w:rsidRDefault="00000000">
            <w:r>
              <w:rPr>
                <w:rFonts w:ascii="Times New Roman" w:hAnsi="Times New Roman"/>
                <w:sz w:val="24"/>
              </w:rPr>
              <w:t>79.</w:t>
            </w:r>
          </w:p>
        </w:tc>
        <w:tc>
          <w:tcPr>
            <w:tcW w:w="1234" w:type="dxa"/>
          </w:tcPr>
          <w:p w14:paraId="46FFBA8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BA466FF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D10322E" w14:textId="77777777" w:rsidR="007868F2" w:rsidRDefault="00000000">
            <w:r>
              <w:rPr>
                <w:rFonts w:ascii="Times New Roman" w:hAnsi="Times New Roman"/>
                <w:sz w:val="24"/>
              </w:rPr>
              <w:t>1.609,37 mp</w:t>
            </w:r>
          </w:p>
        </w:tc>
        <w:tc>
          <w:tcPr>
            <w:tcW w:w="1234" w:type="dxa"/>
          </w:tcPr>
          <w:p w14:paraId="0161FDF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75955E9" w14:textId="77777777" w:rsidR="007868F2" w:rsidRDefault="00000000">
            <w:r>
              <w:rPr>
                <w:rFonts w:ascii="Times New Roman" w:hAnsi="Times New Roman"/>
                <w:sz w:val="24"/>
              </w:rPr>
              <w:t>39694/partial</w:t>
            </w:r>
          </w:p>
        </w:tc>
        <w:tc>
          <w:tcPr>
            <w:tcW w:w="1234" w:type="dxa"/>
          </w:tcPr>
          <w:p w14:paraId="29418950" w14:textId="77777777" w:rsidR="007868F2" w:rsidRDefault="007868F2"/>
        </w:tc>
      </w:tr>
      <w:tr w:rsidR="007868F2" w14:paraId="512B9983" w14:textId="77777777">
        <w:tc>
          <w:tcPr>
            <w:tcW w:w="1234" w:type="dxa"/>
          </w:tcPr>
          <w:p w14:paraId="1F5DBC7F" w14:textId="77777777" w:rsidR="007868F2" w:rsidRDefault="00000000">
            <w:r>
              <w:rPr>
                <w:rFonts w:ascii="Times New Roman" w:hAnsi="Times New Roman"/>
                <w:sz w:val="24"/>
              </w:rPr>
              <w:t>80.</w:t>
            </w:r>
          </w:p>
        </w:tc>
        <w:tc>
          <w:tcPr>
            <w:tcW w:w="1234" w:type="dxa"/>
          </w:tcPr>
          <w:p w14:paraId="6A15090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4088140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15534C12" w14:textId="77777777" w:rsidR="007868F2" w:rsidRDefault="00000000">
            <w:r>
              <w:rPr>
                <w:rFonts w:ascii="Times New Roman" w:hAnsi="Times New Roman"/>
                <w:sz w:val="24"/>
              </w:rPr>
              <w:t>1.099,94 mp</w:t>
            </w:r>
          </w:p>
        </w:tc>
        <w:tc>
          <w:tcPr>
            <w:tcW w:w="1234" w:type="dxa"/>
          </w:tcPr>
          <w:p w14:paraId="3799FD85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99FACE3" w14:textId="77777777" w:rsidR="007868F2" w:rsidRDefault="00000000">
            <w:r>
              <w:rPr>
                <w:rFonts w:ascii="Times New Roman" w:hAnsi="Times New Roman"/>
                <w:sz w:val="24"/>
              </w:rPr>
              <w:t>39744/partial</w:t>
            </w:r>
          </w:p>
        </w:tc>
        <w:tc>
          <w:tcPr>
            <w:tcW w:w="1234" w:type="dxa"/>
          </w:tcPr>
          <w:p w14:paraId="6DB84492" w14:textId="77777777" w:rsidR="007868F2" w:rsidRDefault="007868F2"/>
        </w:tc>
      </w:tr>
      <w:tr w:rsidR="007868F2" w14:paraId="7FE384C8" w14:textId="77777777">
        <w:tc>
          <w:tcPr>
            <w:tcW w:w="1234" w:type="dxa"/>
          </w:tcPr>
          <w:p w14:paraId="10AD15D4" w14:textId="77777777" w:rsidR="007868F2" w:rsidRDefault="00000000">
            <w:r>
              <w:rPr>
                <w:rFonts w:ascii="Times New Roman" w:hAnsi="Times New Roman"/>
                <w:sz w:val="24"/>
              </w:rPr>
              <w:t>81.</w:t>
            </w:r>
          </w:p>
        </w:tc>
        <w:tc>
          <w:tcPr>
            <w:tcW w:w="1234" w:type="dxa"/>
          </w:tcPr>
          <w:p w14:paraId="5B2B145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EB7715F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E850C58" w14:textId="77777777" w:rsidR="007868F2" w:rsidRDefault="00000000">
            <w:r>
              <w:rPr>
                <w:rFonts w:ascii="Times New Roman" w:hAnsi="Times New Roman"/>
                <w:sz w:val="24"/>
              </w:rPr>
              <w:t>1.446,43 mp</w:t>
            </w:r>
          </w:p>
        </w:tc>
        <w:tc>
          <w:tcPr>
            <w:tcW w:w="1234" w:type="dxa"/>
          </w:tcPr>
          <w:p w14:paraId="51378D1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B2BC42E" w14:textId="77777777" w:rsidR="007868F2" w:rsidRDefault="00000000">
            <w:r>
              <w:rPr>
                <w:rFonts w:ascii="Times New Roman" w:hAnsi="Times New Roman"/>
                <w:sz w:val="24"/>
              </w:rPr>
              <w:t>39752/partial</w:t>
            </w:r>
          </w:p>
        </w:tc>
        <w:tc>
          <w:tcPr>
            <w:tcW w:w="1234" w:type="dxa"/>
          </w:tcPr>
          <w:p w14:paraId="3911EDFB" w14:textId="77777777" w:rsidR="007868F2" w:rsidRDefault="007868F2"/>
        </w:tc>
      </w:tr>
      <w:tr w:rsidR="007868F2" w14:paraId="6354C286" w14:textId="77777777">
        <w:tc>
          <w:tcPr>
            <w:tcW w:w="1234" w:type="dxa"/>
          </w:tcPr>
          <w:p w14:paraId="5669DB40" w14:textId="77777777" w:rsidR="007868F2" w:rsidRDefault="00000000">
            <w:r>
              <w:rPr>
                <w:rFonts w:ascii="Times New Roman" w:hAnsi="Times New Roman"/>
                <w:sz w:val="24"/>
              </w:rPr>
              <w:t>82.</w:t>
            </w:r>
          </w:p>
        </w:tc>
        <w:tc>
          <w:tcPr>
            <w:tcW w:w="1234" w:type="dxa"/>
          </w:tcPr>
          <w:p w14:paraId="360D03F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C5EBD4E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9911C3F" w14:textId="77777777" w:rsidR="007868F2" w:rsidRDefault="00000000">
            <w:r>
              <w:rPr>
                <w:rFonts w:ascii="Times New Roman" w:hAnsi="Times New Roman"/>
                <w:sz w:val="24"/>
              </w:rPr>
              <w:t>439,69 mp</w:t>
            </w:r>
          </w:p>
        </w:tc>
        <w:tc>
          <w:tcPr>
            <w:tcW w:w="1234" w:type="dxa"/>
          </w:tcPr>
          <w:p w14:paraId="5EF57E9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B0661AB" w14:textId="77777777" w:rsidR="007868F2" w:rsidRDefault="00000000">
            <w:r>
              <w:rPr>
                <w:rFonts w:ascii="Times New Roman" w:hAnsi="Times New Roman"/>
                <w:sz w:val="24"/>
              </w:rPr>
              <w:t>39770/partial</w:t>
            </w:r>
          </w:p>
        </w:tc>
        <w:tc>
          <w:tcPr>
            <w:tcW w:w="1234" w:type="dxa"/>
          </w:tcPr>
          <w:p w14:paraId="0EDD8570" w14:textId="77777777" w:rsidR="007868F2" w:rsidRDefault="007868F2"/>
        </w:tc>
      </w:tr>
      <w:tr w:rsidR="007868F2" w14:paraId="598DC48C" w14:textId="77777777">
        <w:tc>
          <w:tcPr>
            <w:tcW w:w="1234" w:type="dxa"/>
          </w:tcPr>
          <w:p w14:paraId="45B7684B" w14:textId="77777777" w:rsidR="007868F2" w:rsidRDefault="00000000">
            <w:r>
              <w:rPr>
                <w:rFonts w:ascii="Times New Roman" w:hAnsi="Times New Roman"/>
                <w:sz w:val="24"/>
              </w:rPr>
              <w:t>83.</w:t>
            </w:r>
          </w:p>
        </w:tc>
        <w:tc>
          <w:tcPr>
            <w:tcW w:w="1234" w:type="dxa"/>
          </w:tcPr>
          <w:p w14:paraId="2828E86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46790A1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54243D97" w14:textId="77777777" w:rsidR="007868F2" w:rsidRDefault="00000000">
            <w:r>
              <w:rPr>
                <w:rFonts w:ascii="Times New Roman" w:hAnsi="Times New Roman"/>
                <w:sz w:val="24"/>
              </w:rPr>
              <w:t>1.979,23 mp</w:t>
            </w:r>
          </w:p>
        </w:tc>
        <w:tc>
          <w:tcPr>
            <w:tcW w:w="1234" w:type="dxa"/>
          </w:tcPr>
          <w:p w14:paraId="0D5BA02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F1C9B6B" w14:textId="77777777" w:rsidR="007868F2" w:rsidRDefault="00000000">
            <w:r>
              <w:rPr>
                <w:rFonts w:ascii="Times New Roman" w:hAnsi="Times New Roman"/>
                <w:sz w:val="24"/>
              </w:rPr>
              <w:t>39789/partial</w:t>
            </w:r>
          </w:p>
        </w:tc>
        <w:tc>
          <w:tcPr>
            <w:tcW w:w="1234" w:type="dxa"/>
          </w:tcPr>
          <w:p w14:paraId="57830CC5" w14:textId="77777777" w:rsidR="007868F2" w:rsidRDefault="007868F2"/>
        </w:tc>
      </w:tr>
      <w:tr w:rsidR="007868F2" w14:paraId="31BAE451" w14:textId="77777777">
        <w:tc>
          <w:tcPr>
            <w:tcW w:w="1234" w:type="dxa"/>
          </w:tcPr>
          <w:p w14:paraId="2EBA06AD" w14:textId="77777777" w:rsidR="007868F2" w:rsidRDefault="00000000">
            <w:r>
              <w:rPr>
                <w:rFonts w:ascii="Times New Roman" w:hAnsi="Times New Roman"/>
                <w:sz w:val="24"/>
              </w:rPr>
              <w:t>84.</w:t>
            </w:r>
          </w:p>
        </w:tc>
        <w:tc>
          <w:tcPr>
            <w:tcW w:w="1234" w:type="dxa"/>
          </w:tcPr>
          <w:p w14:paraId="319EF03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9715D5F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4D17C99F" w14:textId="77777777" w:rsidR="007868F2" w:rsidRDefault="00000000">
            <w:r>
              <w:rPr>
                <w:rFonts w:ascii="Times New Roman" w:hAnsi="Times New Roman"/>
                <w:sz w:val="24"/>
              </w:rPr>
              <w:t>418,80 mp</w:t>
            </w:r>
          </w:p>
        </w:tc>
        <w:tc>
          <w:tcPr>
            <w:tcW w:w="1234" w:type="dxa"/>
          </w:tcPr>
          <w:p w14:paraId="249EB6E0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7DA683E" w14:textId="77777777" w:rsidR="007868F2" w:rsidRDefault="00000000">
            <w:r>
              <w:rPr>
                <w:rFonts w:ascii="Times New Roman" w:hAnsi="Times New Roman"/>
                <w:sz w:val="24"/>
              </w:rPr>
              <w:t>39806/partial</w:t>
            </w:r>
          </w:p>
        </w:tc>
        <w:tc>
          <w:tcPr>
            <w:tcW w:w="1234" w:type="dxa"/>
          </w:tcPr>
          <w:p w14:paraId="10DE0D8F" w14:textId="77777777" w:rsidR="007868F2" w:rsidRDefault="007868F2"/>
        </w:tc>
      </w:tr>
      <w:tr w:rsidR="007868F2" w14:paraId="0FA5984B" w14:textId="77777777">
        <w:tc>
          <w:tcPr>
            <w:tcW w:w="1234" w:type="dxa"/>
          </w:tcPr>
          <w:p w14:paraId="69D5C832" w14:textId="77777777" w:rsidR="007868F2" w:rsidRDefault="00000000">
            <w:r>
              <w:rPr>
                <w:rFonts w:ascii="Times New Roman" w:hAnsi="Times New Roman"/>
                <w:sz w:val="24"/>
              </w:rPr>
              <w:t>85.</w:t>
            </w:r>
          </w:p>
        </w:tc>
        <w:tc>
          <w:tcPr>
            <w:tcW w:w="1234" w:type="dxa"/>
          </w:tcPr>
          <w:p w14:paraId="496E1F0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0A9027F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ED18966" w14:textId="77777777" w:rsidR="007868F2" w:rsidRDefault="00000000">
            <w:r>
              <w:rPr>
                <w:rFonts w:ascii="Times New Roman" w:hAnsi="Times New Roman"/>
                <w:sz w:val="24"/>
              </w:rPr>
              <w:t>546,30 mp</w:t>
            </w:r>
          </w:p>
        </w:tc>
        <w:tc>
          <w:tcPr>
            <w:tcW w:w="1234" w:type="dxa"/>
          </w:tcPr>
          <w:p w14:paraId="1790B79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5DF0148" w14:textId="77777777" w:rsidR="007868F2" w:rsidRDefault="00000000">
            <w:r>
              <w:rPr>
                <w:rFonts w:ascii="Times New Roman" w:hAnsi="Times New Roman"/>
                <w:sz w:val="24"/>
              </w:rPr>
              <w:t>39823/partial</w:t>
            </w:r>
          </w:p>
        </w:tc>
        <w:tc>
          <w:tcPr>
            <w:tcW w:w="1234" w:type="dxa"/>
          </w:tcPr>
          <w:p w14:paraId="7740E532" w14:textId="77777777" w:rsidR="007868F2" w:rsidRDefault="007868F2"/>
        </w:tc>
      </w:tr>
      <w:tr w:rsidR="007868F2" w14:paraId="701BD04E" w14:textId="77777777">
        <w:tc>
          <w:tcPr>
            <w:tcW w:w="1234" w:type="dxa"/>
          </w:tcPr>
          <w:p w14:paraId="5ED022BA" w14:textId="77777777" w:rsidR="007868F2" w:rsidRDefault="00000000">
            <w:r>
              <w:rPr>
                <w:rFonts w:ascii="Times New Roman" w:hAnsi="Times New Roman"/>
                <w:sz w:val="24"/>
              </w:rPr>
              <w:t>86.</w:t>
            </w:r>
          </w:p>
        </w:tc>
        <w:tc>
          <w:tcPr>
            <w:tcW w:w="1234" w:type="dxa"/>
          </w:tcPr>
          <w:p w14:paraId="71D11D3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E5B03DF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04B07F12" w14:textId="77777777" w:rsidR="007868F2" w:rsidRDefault="00000000">
            <w:r>
              <w:rPr>
                <w:rFonts w:ascii="Times New Roman" w:hAnsi="Times New Roman"/>
                <w:sz w:val="24"/>
              </w:rPr>
              <w:t>1.404,09 mp</w:t>
            </w:r>
          </w:p>
        </w:tc>
        <w:tc>
          <w:tcPr>
            <w:tcW w:w="1234" w:type="dxa"/>
          </w:tcPr>
          <w:p w14:paraId="02078F2A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70BE584" w14:textId="77777777" w:rsidR="007868F2" w:rsidRDefault="00000000">
            <w:r>
              <w:rPr>
                <w:rFonts w:ascii="Times New Roman" w:hAnsi="Times New Roman"/>
                <w:sz w:val="24"/>
              </w:rPr>
              <w:t>39833/partial</w:t>
            </w:r>
          </w:p>
        </w:tc>
        <w:tc>
          <w:tcPr>
            <w:tcW w:w="1234" w:type="dxa"/>
          </w:tcPr>
          <w:p w14:paraId="1E71000E" w14:textId="77777777" w:rsidR="007868F2" w:rsidRDefault="007868F2"/>
        </w:tc>
      </w:tr>
      <w:tr w:rsidR="007868F2" w14:paraId="6B0179AC" w14:textId="77777777">
        <w:tc>
          <w:tcPr>
            <w:tcW w:w="1234" w:type="dxa"/>
          </w:tcPr>
          <w:p w14:paraId="76133B84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87.</w:t>
            </w:r>
          </w:p>
        </w:tc>
        <w:tc>
          <w:tcPr>
            <w:tcW w:w="1234" w:type="dxa"/>
          </w:tcPr>
          <w:p w14:paraId="5ADF287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E2064A0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7BC13094" w14:textId="77777777" w:rsidR="007868F2" w:rsidRDefault="00000000">
            <w:r>
              <w:rPr>
                <w:rFonts w:ascii="Times New Roman" w:hAnsi="Times New Roman"/>
                <w:sz w:val="24"/>
              </w:rPr>
              <w:t>649,56 mp</w:t>
            </w:r>
          </w:p>
        </w:tc>
        <w:tc>
          <w:tcPr>
            <w:tcW w:w="1234" w:type="dxa"/>
          </w:tcPr>
          <w:p w14:paraId="3D71918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8E8DA4F" w14:textId="77777777" w:rsidR="007868F2" w:rsidRDefault="00000000">
            <w:r>
              <w:rPr>
                <w:rFonts w:ascii="Times New Roman" w:hAnsi="Times New Roman"/>
                <w:sz w:val="24"/>
              </w:rPr>
              <w:t>39845/partial</w:t>
            </w:r>
          </w:p>
        </w:tc>
        <w:tc>
          <w:tcPr>
            <w:tcW w:w="1234" w:type="dxa"/>
          </w:tcPr>
          <w:p w14:paraId="280BE29D" w14:textId="77777777" w:rsidR="007868F2" w:rsidRDefault="007868F2"/>
        </w:tc>
      </w:tr>
      <w:tr w:rsidR="007868F2" w14:paraId="41E12ED8" w14:textId="77777777">
        <w:tc>
          <w:tcPr>
            <w:tcW w:w="1234" w:type="dxa"/>
          </w:tcPr>
          <w:p w14:paraId="32A5B71E" w14:textId="77777777" w:rsidR="007868F2" w:rsidRDefault="00000000">
            <w:r>
              <w:rPr>
                <w:rFonts w:ascii="Times New Roman" w:hAnsi="Times New Roman"/>
                <w:sz w:val="24"/>
              </w:rPr>
              <w:t>88.</w:t>
            </w:r>
          </w:p>
        </w:tc>
        <w:tc>
          <w:tcPr>
            <w:tcW w:w="1234" w:type="dxa"/>
          </w:tcPr>
          <w:p w14:paraId="1A6EC8A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7145E79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53791D73" w14:textId="77777777" w:rsidR="007868F2" w:rsidRDefault="00000000">
            <w:r>
              <w:rPr>
                <w:rFonts w:ascii="Times New Roman" w:hAnsi="Times New Roman"/>
                <w:sz w:val="24"/>
              </w:rPr>
              <w:t>600,72 mp</w:t>
            </w:r>
          </w:p>
        </w:tc>
        <w:tc>
          <w:tcPr>
            <w:tcW w:w="1234" w:type="dxa"/>
          </w:tcPr>
          <w:p w14:paraId="686BA84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523B464" w14:textId="77777777" w:rsidR="007868F2" w:rsidRDefault="00000000">
            <w:r>
              <w:rPr>
                <w:rFonts w:ascii="Times New Roman" w:hAnsi="Times New Roman"/>
                <w:sz w:val="24"/>
              </w:rPr>
              <w:t>39868/partial</w:t>
            </w:r>
          </w:p>
        </w:tc>
        <w:tc>
          <w:tcPr>
            <w:tcW w:w="1234" w:type="dxa"/>
          </w:tcPr>
          <w:p w14:paraId="45CC18D3" w14:textId="77777777" w:rsidR="007868F2" w:rsidRDefault="007868F2"/>
        </w:tc>
      </w:tr>
      <w:tr w:rsidR="007868F2" w14:paraId="326DEE64" w14:textId="77777777">
        <w:tc>
          <w:tcPr>
            <w:tcW w:w="1234" w:type="dxa"/>
          </w:tcPr>
          <w:p w14:paraId="76CEE64A" w14:textId="77777777" w:rsidR="007868F2" w:rsidRDefault="00000000">
            <w:r>
              <w:rPr>
                <w:rFonts w:ascii="Times New Roman" w:hAnsi="Times New Roman"/>
                <w:sz w:val="24"/>
              </w:rPr>
              <w:t>89.</w:t>
            </w:r>
          </w:p>
        </w:tc>
        <w:tc>
          <w:tcPr>
            <w:tcW w:w="1234" w:type="dxa"/>
          </w:tcPr>
          <w:p w14:paraId="7A658C3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4C0B9AD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109FF565" w14:textId="77777777" w:rsidR="007868F2" w:rsidRDefault="00000000">
            <w:r>
              <w:rPr>
                <w:rFonts w:ascii="Times New Roman" w:hAnsi="Times New Roman"/>
                <w:sz w:val="24"/>
              </w:rPr>
              <w:t>1.089,95 mp</w:t>
            </w:r>
          </w:p>
        </w:tc>
        <w:tc>
          <w:tcPr>
            <w:tcW w:w="1234" w:type="dxa"/>
          </w:tcPr>
          <w:p w14:paraId="6395EB7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9775B40" w14:textId="77777777" w:rsidR="007868F2" w:rsidRDefault="00000000">
            <w:r>
              <w:rPr>
                <w:rFonts w:ascii="Times New Roman" w:hAnsi="Times New Roman"/>
                <w:sz w:val="24"/>
              </w:rPr>
              <w:t>39890/partial</w:t>
            </w:r>
          </w:p>
        </w:tc>
        <w:tc>
          <w:tcPr>
            <w:tcW w:w="1234" w:type="dxa"/>
          </w:tcPr>
          <w:p w14:paraId="42F45501" w14:textId="77777777" w:rsidR="007868F2" w:rsidRDefault="007868F2"/>
        </w:tc>
      </w:tr>
      <w:tr w:rsidR="007868F2" w14:paraId="356792D3" w14:textId="77777777">
        <w:tc>
          <w:tcPr>
            <w:tcW w:w="1234" w:type="dxa"/>
          </w:tcPr>
          <w:p w14:paraId="3E5F42CD" w14:textId="77777777" w:rsidR="007868F2" w:rsidRDefault="00000000">
            <w:r>
              <w:rPr>
                <w:rFonts w:ascii="Times New Roman" w:hAnsi="Times New Roman"/>
                <w:sz w:val="24"/>
              </w:rPr>
              <w:t>90.</w:t>
            </w:r>
          </w:p>
        </w:tc>
        <w:tc>
          <w:tcPr>
            <w:tcW w:w="1234" w:type="dxa"/>
          </w:tcPr>
          <w:p w14:paraId="67928F7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C96654D" w14:textId="77777777" w:rsidR="007868F2" w:rsidRDefault="00000000">
            <w:r>
              <w:rPr>
                <w:rFonts w:ascii="Times New Roman" w:hAnsi="Times New Roman"/>
                <w:sz w:val="24"/>
              </w:rPr>
              <w:t>Bistretu Nou</w:t>
            </w:r>
          </w:p>
        </w:tc>
        <w:tc>
          <w:tcPr>
            <w:tcW w:w="1234" w:type="dxa"/>
          </w:tcPr>
          <w:p w14:paraId="30B92718" w14:textId="77777777" w:rsidR="007868F2" w:rsidRDefault="00000000">
            <w:r>
              <w:rPr>
                <w:rFonts w:ascii="Times New Roman" w:hAnsi="Times New Roman"/>
                <w:sz w:val="24"/>
              </w:rPr>
              <w:t>574,21 mp</w:t>
            </w:r>
          </w:p>
        </w:tc>
        <w:tc>
          <w:tcPr>
            <w:tcW w:w="1234" w:type="dxa"/>
          </w:tcPr>
          <w:p w14:paraId="4A1DA1C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DD34160" w14:textId="77777777" w:rsidR="007868F2" w:rsidRDefault="00000000">
            <w:r>
              <w:rPr>
                <w:rFonts w:ascii="Times New Roman" w:hAnsi="Times New Roman"/>
                <w:sz w:val="24"/>
              </w:rPr>
              <w:t>39897/partial</w:t>
            </w:r>
          </w:p>
        </w:tc>
        <w:tc>
          <w:tcPr>
            <w:tcW w:w="1234" w:type="dxa"/>
          </w:tcPr>
          <w:p w14:paraId="5C7FFF07" w14:textId="77777777" w:rsidR="007868F2" w:rsidRDefault="007868F2"/>
        </w:tc>
      </w:tr>
      <w:tr w:rsidR="007868F2" w14:paraId="7EDDF594" w14:textId="77777777">
        <w:tc>
          <w:tcPr>
            <w:tcW w:w="1234" w:type="dxa"/>
          </w:tcPr>
          <w:p w14:paraId="617875FA" w14:textId="77777777" w:rsidR="007868F2" w:rsidRDefault="00000000">
            <w:r>
              <w:rPr>
                <w:rFonts w:ascii="Times New Roman" w:hAnsi="Times New Roman"/>
                <w:sz w:val="24"/>
              </w:rPr>
              <w:t>91.</w:t>
            </w:r>
          </w:p>
        </w:tc>
        <w:tc>
          <w:tcPr>
            <w:tcW w:w="1234" w:type="dxa"/>
          </w:tcPr>
          <w:p w14:paraId="6552E30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7DCF410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328BE633" w14:textId="77777777" w:rsidR="007868F2" w:rsidRDefault="00000000">
            <w:r>
              <w:rPr>
                <w:rFonts w:ascii="Times New Roman" w:hAnsi="Times New Roman"/>
                <w:sz w:val="24"/>
              </w:rPr>
              <w:t>7.580,40 mp</w:t>
            </w:r>
          </w:p>
        </w:tc>
        <w:tc>
          <w:tcPr>
            <w:tcW w:w="1234" w:type="dxa"/>
          </w:tcPr>
          <w:p w14:paraId="3C0B0AF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EAFA648" w14:textId="77777777" w:rsidR="007868F2" w:rsidRDefault="00000000">
            <w:r>
              <w:rPr>
                <w:rFonts w:ascii="Times New Roman" w:hAnsi="Times New Roman"/>
                <w:sz w:val="24"/>
              </w:rPr>
              <w:t>37969/partial</w:t>
            </w:r>
          </w:p>
        </w:tc>
        <w:tc>
          <w:tcPr>
            <w:tcW w:w="1234" w:type="dxa"/>
          </w:tcPr>
          <w:p w14:paraId="038ACCC3" w14:textId="77777777" w:rsidR="007868F2" w:rsidRDefault="007868F2"/>
        </w:tc>
      </w:tr>
      <w:tr w:rsidR="007868F2" w14:paraId="04649CA7" w14:textId="77777777">
        <w:tc>
          <w:tcPr>
            <w:tcW w:w="1234" w:type="dxa"/>
          </w:tcPr>
          <w:p w14:paraId="24233D6E" w14:textId="77777777" w:rsidR="007868F2" w:rsidRDefault="00000000">
            <w:r>
              <w:rPr>
                <w:rFonts w:ascii="Times New Roman" w:hAnsi="Times New Roman"/>
                <w:sz w:val="24"/>
              </w:rPr>
              <w:t>92.</w:t>
            </w:r>
          </w:p>
        </w:tc>
        <w:tc>
          <w:tcPr>
            <w:tcW w:w="1234" w:type="dxa"/>
          </w:tcPr>
          <w:p w14:paraId="76F878C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53F5A7E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5A7F5DBA" w14:textId="77777777" w:rsidR="007868F2" w:rsidRDefault="00000000">
            <w:r>
              <w:rPr>
                <w:rFonts w:ascii="Times New Roman" w:hAnsi="Times New Roman"/>
                <w:sz w:val="24"/>
              </w:rPr>
              <w:t>479,84 mp</w:t>
            </w:r>
          </w:p>
        </w:tc>
        <w:tc>
          <w:tcPr>
            <w:tcW w:w="1234" w:type="dxa"/>
          </w:tcPr>
          <w:p w14:paraId="633B8D1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EA1D552" w14:textId="77777777" w:rsidR="007868F2" w:rsidRDefault="00000000">
            <w:r>
              <w:rPr>
                <w:rFonts w:ascii="Times New Roman" w:hAnsi="Times New Roman"/>
                <w:sz w:val="24"/>
              </w:rPr>
              <w:t>38211/partial</w:t>
            </w:r>
          </w:p>
        </w:tc>
        <w:tc>
          <w:tcPr>
            <w:tcW w:w="1234" w:type="dxa"/>
          </w:tcPr>
          <w:p w14:paraId="21819CAF" w14:textId="77777777" w:rsidR="007868F2" w:rsidRDefault="007868F2"/>
        </w:tc>
      </w:tr>
      <w:tr w:rsidR="007868F2" w14:paraId="6C6213E5" w14:textId="77777777">
        <w:tc>
          <w:tcPr>
            <w:tcW w:w="1234" w:type="dxa"/>
          </w:tcPr>
          <w:p w14:paraId="22DA5330" w14:textId="77777777" w:rsidR="007868F2" w:rsidRDefault="00000000">
            <w:r>
              <w:rPr>
                <w:rFonts w:ascii="Times New Roman" w:hAnsi="Times New Roman"/>
                <w:sz w:val="24"/>
              </w:rPr>
              <w:t>93.</w:t>
            </w:r>
          </w:p>
        </w:tc>
        <w:tc>
          <w:tcPr>
            <w:tcW w:w="1234" w:type="dxa"/>
          </w:tcPr>
          <w:p w14:paraId="2CB62BD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3BC6A96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4E51DF06" w14:textId="77777777" w:rsidR="007868F2" w:rsidRDefault="00000000">
            <w:r>
              <w:rPr>
                <w:rFonts w:ascii="Times New Roman" w:hAnsi="Times New Roman"/>
                <w:sz w:val="24"/>
              </w:rPr>
              <w:t>613,96 mp</w:t>
            </w:r>
          </w:p>
        </w:tc>
        <w:tc>
          <w:tcPr>
            <w:tcW w:w="1234" w:type="dxa"/>
          </w:tcPr>
          <w:p w14:paraId="35E5BD8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9A591EE" w14:textId="77777777" w:rsidR="007868F2" w:rsidRDefault="00000000">
            <w:r>
              <w:rPr>
                <w:rFonts w:ascii="Times New Roman" w:hAnsi="Times New Roman"/>
                <w:sz w:val="24"/>
              </w:rPr>
              <w:t>38236/partial</w:t>
            </w:r>
          </w:p>
        </w:tc>
        <w:tc>
          <w:tcPr>
            <w:tcW w:w="1234" w:type="dxa"/>
          </w:tcPr>
          <w:p w14:paraId="6FDC2AC7" w14:textId="77777777" w:rsidR="007868F2" w:rsidRDefault="007868F2"/>
        </w:tc>
      </w:tr>
      <w:tr w:rsidR="007868F2" w14:paraId="5D690EFD" w14:textId="77777777">
        <w:tc>
          <w:tcPr>
            <w:tcW w:w="1234" w:type="dxa"/>
          </w:tcPr>
          <w:p w14:paraId="09A21EEC" w14:textId="77777777" w:rsidR="007868F2" w:rsidRDefault="00000000">
            <w:r>
              <w:rPr>
                <w:rFonts w:ascii="Times New Roman" w:hAnsi="Times New Roman"/>
                <w:sz w:val="24"/>
              </w:rPr>
              <w:t>94.</w:t>
            </w:r>
          </w:p>
        </w:tc>
        <w:tc>
          <w:tcPr>
            <w:tcW w:w="1234" w:type="dxa"/>
          </w:tcPr>
          <w:p w14:paraId="2B88F86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0AEA238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06922287" w14:textId="77777777" w:rsidR="007868F2" w:rsidRDefault="00000000">
            <w:r>
              <w:rPr>
                <w:rFonts w:ascii="Times New Roman" w:hAnsi="Times New Roman"/>
                <w:sz w:val="24"/>
              </w:rPr>
              <w:t>947,73 mp</w:t>
            </w:r>
          </w:p>
        </w:tc>
        <w:tc>
          <w:tcPr>
            <w:tcW w:w="1234" w:type="dxa"/>
          </w:tcPr>
          <w:p w14:paraId="2F4342E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26A51B0" w14:textId="77777777" w:rsidR="007868F2" w:rsidRDefault="00000000">
            <w:r>
              <w:rPr>
                <w:rFonts w:ascii="Times New Roman" w:hAnsi="Times New Roman"/>
                <w:sz w:val="24"/>
              </w:rPr>
              <w:t>38274/partial</w:t>
            </w:r>
          </w:p>
        </w:tc>
        <w:tc>
          <w:tcPr>
            <w:tcW w:w="1234" w:type="dxa"/>
          </w:tcPr>
          <w:p w14:paraId="03CCA881" w14:textId="77777777" w:rsidR="007868F2" w:rsidRDefault="007868F2"/>
        </w:tc>
      </w:tr>
      <w:tr w:rsidR="007868F2" w14:paraId="539E4AC7" w14:textId="77777777">
        <w:tc>
          <w:tcPr>
            <w:tcW w:w="1234" w:type="dxa"/>
          </w:tcPr>
          <w:p w14:paraId="2270ED9B" w14:textId="77777777" w:rsidR="007868F2" w:rsidRDefault="00000000">
            <w:r>
              <w:rPr>
                <w:rFonts w:ascii="Times New Roman" w:hAnsi="Times New Roman"/>
                <w:sz w:val="24"/>
              </w:rPr>
              <w:t>95.</w:t>
            </w:r>
          </w:p>
        </w:tc>
        <w:tc>
          <w:tcPr>
            <w:tcW w:w="1234" w:type="dxa"/>
          </w:tcPr>
          <w:p w14:paraId="61582A2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E55E1A7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0FBE8216" w14:textId="77777777" w:rsidR="007868F2" w:rsidRDefault="00000000">
            <w:r>
              <w:rPr>
                <w:rFonts w:ascii="Times New Roman" w:hAnsi="Times New Roman"/>
                <w:sz w:val="24"/>
              </w:rPr>
              <w:t>1.096,94 mp</w:t>
            </w:r>
          </w:p>
        </w:tc>
        <w:tc>
          <w:tcPr>
            <w:tcW w:w="1234" w:type="dxa"/>
          </w:tcPr>
          <w:p w14:paraId="1A91453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219CDF6" w14:textId="77777777" w:rsidR="007868F2" w:rsidRDefault="00000000">
            <w:r>
              <w:rPr>
                <w:rFonts w:ascii="Times New Roman" w:hAnsi="Times New Roman"/>
                <w:sz w:val="24"/>
              </w:rPr>
              <w:t>38290/partial</w:t>
            </w:r>
          </w:p>
        </w:tc>
        <w:tc>
          <w:tcPr>
            <w:tcW w:w="1234" w:type="dxa"/>
          </w:tcPr>
          <w:p w14:paraId="42FF34ED" w14:textId="77777777" w:rsidR="007868F2" w:rsidRDefault="007868F2"/>
        </w:tc>
      </w:tr>
      <w:tr w:rsidR="007868F2" w14:paraId="0BDCEB6A" w14:textId="77777777">
        <w:tc>
          <w:tcPr>
            <w:tcW w:w="1234" w:type="dxa"/>
          </w:tcPr>
          <w:p w14:paraId="7AA79698" w14:textId="77777777" w:rsidR="007868F2" w:rsidRDefault="00000000">
            <w:r>
              <w:rPr>
                <w:rFonts w:ascii="Times New Roman" w:hAnsi="Times New Roman"/>
                <w:sz w:val="24"/>
              </w:rPr>
              <w:t>96.</w:t>
            </w:r>
          </w:p>
        </w:tc>
        <w:tc>
          <w:tcPr>
            <w:tcW w:w="1234" w:type="dxa"/>
          </w:tcPr>
          <w:p w14:paraId="0A49516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39C4FD4A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5535D90C" w14:textId="77777777" w:rsidR="007868F2" w:rsidRDefault="00000000">
            <w:r>
              <w:rPr>
                <w:rFonts w:ascii="Times New Roman" w:hAnsi="Times New Roman"/>
                <w:sz w:val="24"/>
              </w:rPr>
              <w:t>6.833,21 mp</w:t>
            </w:r>
          </w:p>
        </w:tc>
        <w:tc>
          <w:tcPr>
            <w:tcW w:w="1234" w:type="dxa"/>
          </w:tcPr>
          <w:p w14:paraId="0DD4810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C675B1D" w14:textId="77777777" w:rsidR="007868F2" w:rsidRDefault="00000000">
            <w:r>
              <w:rPr>
                <w:rFonts w:ascii="Times New Roman" w:hAnsi="Times New Roman"/>
                <w:sz w:val="24"/>
              </w:rPr>
              <w:t>38291/partial</w:t>
            </w:r>
          </w:p>
        </w:tc>
        <w:tc>
          <w:tcPr>
            <w:tcW w:w="1234" w:type="dxa"/>
          </w:tcPr>
          <w:p w14:paraId="141F3264" w14:textId="77777777" w:rsidR="007868F2" w:rsidRDefault="007868F2"/>
        </w:tc>
      </w:tr>
      <w:tr w:rsidR="007868F2" w14:paraId="4A3B58D6" w14:textId="77777777">
        <w:tc>
          <w:tcPr>
            <w:tcW w:w="1234" w:type="dxa"/>
          </w:tcPr>
          <w:p w14:paraId="3540071E" w14:textId="77777777" w:rsidR="007868F2" w:rsidRDefault="00000000">
            <w:r>
              <w:rPr>
                <w:rFonts w:ascii="Times New Roman" w:hAnsi="Times New Roman"/>
                <w:sz w:val="24"/>
              </w:rPr>
              <w:t>97.</w:t>
            </w:r>
          </w:p>
        </w:tc>
        <w:tc>
          <w:tcPr>
            <w:tcW w:w="1234" w:type="dxa"/>
          </w:tcPr>
          <w:p w14:paraId="745DD9E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F7E0C46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31A9B5AB" w14:textId="77777777" w:rsidR="007868F2" w:rsidRDefault="00000000">
            <w:r>
              <w:rPr>
                <w:rFonts w:ascii="Times New Roman" w:hAnsi="Times New Roman"/>
                <w:sz w:val="24"/>
              </w:rPr>
              <w:t>934,65 mp</w:t>
            </w:r>
          </w:p>
        </w:tc>
        <w:tc>
          <w:tcPr>
            <w:tcW w:w="1234" w:type="dxa"/>
          </w:tcPr>
          <w:p w14:paraId="56AB2B9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FB47B8C" w14:textId="77777777" w:rsidR="007868F2" w:rsidRDefault="00000000">
            <w:r>
              <w:rPr>
                <w:rFonts w:ascii="Times New Roman" w:hAnsi="Times New Roman"/>
                <w:sz w:val="24"/>
              </w:rPr>
              <w:t>38300/partial</w:t>
            </w:r>
          </w:p>
        </w:tc>
        <w:tc>
          <w:tcPr>
            <w:tcW w:w="1234" w:type="dxa"/>
          </w:tcPr>
          <w:p w14:paraId="49F4AA70" w14:textId="77777777" w:rsidR="007868F2" w:rsidRDefault="007868F2"/>
        </w:tc>
      </w:tr>
      <w:tr w:rsidR="007868F2" w14:paraId="2D89DCDE" w14:textId="77777777">
        <w:tc>
          <w:tcPr>
            <w:tcW w:w="1234" w:type="dxa"/>
          </w:tcPr>
          <w:p w14:paraId="61CBF4E3" w14:textId="77777777" w:rsidR="007868F2" w:rsidRDefault="00000000">
            <w:r>
              <w:rPr>
                <w:rFonts w:ascii="Times New Roman" w:hAnsi="Times New Roman"/>
                <w:sz w:val="24"/>
              </w:rPr>
              <w:t>98.</w:t>
            </w:r>
          </w:p>
        </w:tc>
        <w:tc>
          <w:tcPr>
            <w:tcW w:w="1234" w:type="dxa"/>
          </w:tcPr>
          <w:p w14:paraId="687E9EE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CA3CA9B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12A0745A" w14:textId="77777777" w:rsidR="007868F2" w:rsidRDefault="00000000">
            <w:r>
              <w:rPr>
                <w:rFonts w:ascii="Times New Roman" w:hAnsi="Times New Roman"/>
                <w:sz w:val="24"/>
              </w:rPr>
              <w:t>1.204,56 mp</w:t>
            </w:r>
          </w:p>
        </w:tc>
        <w:tc>
          <w:tcPr>
            <w:tcW w:w="1234" w:type="dxa"/>
          </w:tcPr>
          <w:p w14:paraId="309C6495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ACB7155" w14:textId="77777777" w:rsidR="007868F2" w:rsidRDefault="00000000">
            <w:r>
              <w:rPr>
                <w:rFonts w:ascii="Times New Roman" w:hAnsi="Times New Roman"/>
                <w:sz w:val="24"/>
              </w:rPr>
              <w:t>38310/partial</w:t>
            </w:r>
          </w:p>
        </w:tc>
        <w:tc>
          <w:tcPr>
            <w:tcW w:w="1234" w:type="dxa"/>
          </w:tcPr>
          <w:p w14:paraId="69C7B579" w14:textId="77777777" w:rsidR="007868F2" w:rsidRDefault="007868F2"/>
        </w:tc>
      </w:tr>
      <w:tr w:rsidR="007868F2" w14:paraId="37BFA620" w14:textId="77777777">
        <w:tc>
          <w:tcPr>
            <w:tcW w:w="1234" w:type="dxa"/>
          </w:tcPr>
          <w:p w14:paraId="1CEAF86F" w14:textId="77777777" w:rsidR="007868F2" w:rsidRDefault="00000000">
            <w:r>
              <w:rPr>
                <w:rFonts w:ascii="Times New Roman" w:hAnsi="Times New Roman"/>
                <w:sz w:val="24"/>
              </w:rPr>
              <w:t>99.</w:t>
            </w:r>
          </w:p>
        </w:tc>
        <w:tc>
          <w:tcPr>
            <w:tcW w:w="1234" w:type="dxa"/>
          </w:tcPr>
          <w:p w14:paraId="7D496E3F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517625F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6D25972C" w14:textId="77777777" w:rsidR="007868F2" w:rsidRDefault="00000000">
            <w:r>
              <w:rPr>
                <w:rFonts w:ascii="Times New Roman" w:hAnsi="Times New Roman"/>
                <w:sz w:val="24"/>
              </w:rPr>
              <w:t>712,45 mp</w:t>
            </w:r>
          </w:p>
        </w:tc>
        <w:tc>
          <w:tcPr>
            <w:tcW w:w="1234" w:type="dxa"/>
          </w:tcPr>
          <w:p w14:paraId="562569D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4597A6C" w14:textId="77777777" w:rsidR="007868F2" w:rsidRDefault="00000000">
            <w:r>
              <w:rPr>
                <w:rFonts w:ascii="Times New Roman" w:hAnsi="Times New Roman"/>
                <w:sz w:val="24"/>
              </w:rPr>
              <w:t>38352/partial</w:t>
            </w:r>
          </w:p>
        </w:tc>
        <w:tc>
          <w:tcPr>
            <w:tcW w:w="1234" w:type="dxa"/>
          </w:tcPr>
          <w:p w14:paraId="27BA78F9" w14:textId="77777777" w:rsidR="007868F2" w:rsidRDefault="007868F2"/>
        </w:tc>
      </w:tr>
      <w:tr w:rsidR="007868F2" w14:paraId="418E923D" w14:textId="77777777">
        <w:tc>
          <w:tcPr>
            <w:tcW w:w="1234" w:type="dxa"/>
          </w:tcPr>
          <w:p w14:paraId="4E54DFE8" w14:textId="77777777" w:rsidR="007868F2" w:rsidRDefault="00000000">
            <w:r>
              <w:rPr>
                <w:rFonts w:ascii="Times New Roman" w:hAnsi="Times New Roman"/>
                <w:sz w:val="24"/>
              </w:rPr>
              <w:t>100.</w:t>
            </w:r>
          </w:p>
        </w:tc>
        <w:tc>
          <w:tcPr>
            <w:tcW w:w="1234" w:type="dxa"/>
          </w:tcPr>
          <w:p w14:paraId="291EAFA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9459AD9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1E523001" w14:textId="77777777" w:rsidR="007868F2" w:rsidRDefault="00000000">
            <w:r>
              <w:rPr>
                <w:rFonts w:ascii="Times New Roman" w:hAnsi="Times New Roman"/>
                <w:sz w:val="24"/>
              </w:rPr>
              <w:t>299,27 mp</w:t>
            </w:r>
          </w:p>
        </w:tc>
        <w:tc>
          <w:tcPr>
            <w:tcW w:w="1234" w:type="dxa"/>
          </w:tcPr>
          <w:p w14:paraId="5208608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66C8798" w14:textId="77777777" w:rsidR="007868F2" w:rsidRDefault="00000000">
            <w:r>
              <w:rPr>
                <w:rFonts w:ascii="Times New Roman" w:hAnsi="Times New Roman"/>
                <w:sz w:val="24"/>
              </w:rPr>
              <w:t>38356/partial</w:t>
            </w:r>
          </w:p>
        </w:tc>
        <w:tc>
          <w:tcPr>
            <w:tcW w:w="1234" w:type="dxa"/>
          </w:tcPr>
          <w:p w14:paraId="2C9A968E" w14:textId="77777777" w:rsidR="007868F2" w:rsidRDefault="007868F2"/>
        </w:tc>
      </w:tr>
      <w:tr w:rsidR="007868F2" w14:paraId="5F48038E" w14:textId="77777777">
        <w:tc>
          <w:tcPr>
            <w:tcW w:w="1234" w:type="dxa"/>
          </w:tcPr>
          <w:p w14:paraId="158D0109" w14:textId="77777777" w:rsidR="007868F2" w:rsidRDefault="00000000">
            <w:r>
              <w:rPr>
                <w:rFonts w:ascii="Times New Roman" w:hAnsi="Times New Roman"/>
                <w:sz w:val="24"/>
              </w:rPr>
              <w:t>101.</w:t>
            </w:r>
          </w:p>
        </w:tc>
        <w:tc>
          <w:tcPr>
            <w:tcW w:w="1234" w:type="dxa"/>
          </w:tcPr>
          <w:p w14:paraId="5D6D65B3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8E35D0B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557540BE" w14:textId="77777777" w:rsidR="007868F2" w:rsidRDefault="00000000">
            <w:r>
              <w:rPr>
                <w:rFonts w:ascii="Times New Roman" w:hAnsi="Times New Roman"/>
                <w:sz w:val="24"/>
              </w:rPr>
              <w:t>636,20 mp</w:t>
            </w:r>
          </w:p>
        </w:tc>
        <w:tc>
          <w:tcPr>
            <w:tcW w:w="1234" w:type="dxa"/>
          </w:tcPr>
          <w:p w14:paraId="0E41996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5A60EB6" w14:textId="77777777" w:rsidR="007868F2" w:rsidRDefault="00000000">
            <w:r>
              <w:rPr>
                <w:rFonts w:ascii="Times New Roman" w:hAnsi="Times New Roman"/>
                <w:sz w:val="24"/>
              </w:rPr>
              <w:t>43953/partial</w:t>
            </w:r>
          </w:p>
        </w:tc>
        <w:tc>
          <w:tcPr>
            <w:tcW w:w="1234" w:type="dxa"/>
          </w:tcPr>
          <w:p w14:paraId="4E8F01E1" w14:textId="77777777" w:rsidR="007868F2" w:rsidRDefault="007868F2"/>
        </w:tc>
      </w:tr>
      <w:tr w:rsidR="007868F2" w14:paraId="0EA406E6" w14:textId="77777777">
        <w:tc>
          <w:tcPr>
            <w:tcW w:w="1234" w:type="dxa"/>
          </w:tcPr>
          <w:p w14:paraId="68BD5139" w14:textId="77777777" w:rsidR="007868F2" w:rsidRDefault="00000000">
            <w:r>
              <w:rPr>
                <w:rFonts w:ascii="Times New Roman" w:hAnsi="Times New Roman"/>
                <w:sz w:val="24"/>
              </w:rPr>
              <w:t>102.</w:t>
            </w:r>
          </w:p>
        </w:tc>
        <w:tc>
          <w:tcPr>
            <w:tcW w:w="1234" w:type="dxa"/>
          </w:tcPr>
          <w:p w14:paraId="41E1F476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</w:t>
            </w:r>
            <w:r>
              <w:rPr>
                <w:rFonts w:ascii="Times New Roman" w:hAnsi="Times New Roman"/>
                <w:sz w:val="24"/>
              </w:rPr>
              <w:lastRenderedPageBreak/>
              <w:t>spre amenajare</w:t>
            </w:r>
          </w:p>
        </w:tc>
        <w:tc>
          <w:tcPr>
            <w:tcW w:w="1234" w:type="dxa"/>
          </w:tcPr>
          <w:p w14:paraId="146C3D45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Brândușa</w:t>
            </w:r>
          </w:p>
        </w:tc>
        <w:tc>
          <w:tcPr>
            <w:tcW w:w="1234" w:type="dxa"/>
          </w:tcPr>
          <w:p w14:paraId="177730D9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1.306,46 </w:t>
            </w:r>
            <w:r>
              <w:rPr>
                <w:rFonts w:ascii="Times New Roman" w:hAnsi="Times New Roman"/>
                <w:sz w:val="24"/>
              </w:rPr>
              <w:lastRenderedPageBreak/>
              <w:t>mp</w:t>
            </w:r>
          </w:p>
        </w:tc>
        <w:tc>
          <w:tcPr>
            <w:tcW w:w="1234" w:type="dxa"/>
          </w:tcPr>
          <w:p w14:paraId="5299B1D3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Aliniament</w:t>
            </w:r>
          </w:p>
        </w:tc>
        <w:tc>
          <w:tcPr>
            <w:tcW w:w="1234" w:type="dxa"/>
          </w:tcPr>
          <w:p w14:paraId="6D47BFF2" w14:textId="77777777" w:rsidR="007868F2" w:rsidRDefault="00000000">
            <w:r>
              <w:rPr>
                <w:rFonts w:ascii="Times New Roman" w:hAnsi="Times New Roman"/>
                <w:sz w:val="24"/>
              </w:rPr>
              <w:t>43973/partial</w:t>
            </w:r>
          </w:p>
        </w:tc>
        <w:tc>
          <w:tcPr>
            <w:tcW w:w="1234" w:type="dxa"/>
          </w:tcPr>
          <w:p w14:paraId="749B8E03" w14:textId="77777777" w:rsidR="007868F2" w:rsidRDefault="007868F2"/>
        </w:tc>
      </w:tr>
      <w:tr w:rsidR="007868F2" w14:paraId="1A91D7FD" w14:textId="77777777">
        <w:tc>
          <w:tcPr>
            <w:tcW w:w="1234" w:type="dxa"/>
          </w:tcPr>
          <w:p w14:paraId="45A95822" w14:textId="77777777" w:rsidR="007868F2" w:rsidRDefault="00000000">
            <w:r>
              <w:rPr>
                <w:rFonts w:ascii="Times New Roman" w:hAnsi="Times New Roman"/>
                <w:sz w:val="24"/>
              </w:rPr>
              <w:t>103.</w:t>
            </w:r>
          </w:p>
        </w:tc>
        <w:tc>
          <w:tcPr>
            <w:tcW w:w="1234" w:type="dxa"/>
          </w:tcPr>
          <w:p w14:paraId="0CA6DB2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8316577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1A0E7653" w14:textId="77777777" w:rsidR="007868F2" w:rsidRDefault="00000000">
            <w:r>
              <w:rPr>
                <w:rFonts w:ascii="Times New Roman" w:hAnsi="Times New Roman"/>
                <w:sz w:val="24"/>
              </w:rPr>
              <w:t>1.310,43 mp</w:t>
            </w:r>
          </w:p>
        </w:tc>
        <w:tc>
          <w:tcPr>
            <w:tcW w:w="1234" w:type="dxa"/>
          </w:tcPr>
          <w:p w14:paraId="37DE1DC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F2A1E88" w14:textId="77777777" w:rsidR="007868F2" w:rsidRDefault="00000000">
            <w:r>
              <w:rPr>
                <w:rFonts w:ascii="Times New Roman" w:hAnsi="Times New Roman"/>
                <w:sz w:val="24"/>
              </w:rPr>
              <w:t>43987/partial</w:t>
            </w:r>
          </w:p>
        </w:tc>
        <w:tc>
          <w:tcPr>
            <w:tcW w:w="1234" w:type="dxa"/>
          </w:tcPr>
          <w:p w14:paraId="6DE2382C" w14:textId="77777777" w:rsidR="007868F2" w:rsidRDefault="007868F2"/>
        </w:tc>
      </w:tr>
      <w:tr w:rsidR="007868F2" w14:paraId="63E2897C" w14:textId="77777777">
        <w:tc>
          <w:tcPr>
            <w:tcW w:w="1234" w:type="dxa"/>
          </w:tcPr>
          <w:p w14:paraId="6817BCE1" w14:textId="77777777" w:rsidR="007868F2" w:rsidRDefault="00000000">
            <w:r>
              <w:rPr>
                <w:rFonts w:ascii="Times New Roman" w:hAnsi="Times New Roman"/>
                <w:sz w:val="24"/>
              </w:rPr>
              <w:t>104.</w:t>
            </w:r>
          </w:p>
        </w:tc>
        <w:tc>
          <w:tcPr>
            <w:tcW w:w="1234" w:type="dxa"/>
          </w:tcPr>
          <w:p w14:paraId="71B5F7E0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CF33B0B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4A2CF9C6" w14:textId="77777777" w:rsidR="007868F2" w:rsidRDefault="00000000">
            <w:r>
              <w:rPr>
                <w:rFonts w:ascii="Times New Roman" w:hAnsi="Times New Roman"/>
                <w:sz w:val="24"/>
              </w:rPr>
              <w:t>5.858,18 mp</w:t>
            </w:r>
          </w:p>
        </w:tc>
        <w:tc>
          <w:tcPr>
            <w:tcW w:w="1234" w:type="dxa"/>
          </w:tcPr>
          <w:p w14:paraId="3A77069C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34554CF" w14:textId="77777777" w:rsidR="007868F2" w:rsidRDefault="00000000">
            <w:r>
              <w:rPr>
                <w:rFonts w:ascii="Times New Roman" w:hAnsi="Times New Roman"/>
                <w:sz w:val="24"/>
              </w:rPr>
              <w:t>43990/partial</w:t>
            </w:r>
          </w:p>
        </w:tc>
        <w:tc>
          <w:tcPr>
            <w:tcW w:w="1234" w:type="dxa"/>
          </w:tcPr>
          <w:p w14:paraId="15D33D47" w14:textId="77777777" w:rsidR="007868F2" w:rsidRDefault="007868F2"/>
        </w:tc>
      </w:tr>
      <w:tr w:rsidR="007868F2" w14:paraId="07237059" w14:textId="77777777">
        <w:tc>
          <w:tcPr>
            <w:tcW w:w="1234" w:type="dxa"/>
          </w:tcPr>
          <w:p w14:paraId="04C14FD7" w14:textId="77777777" w:rsidR="007868F2" w:rsidRDefault="00000000">
            <w:r>
              <w:rPr>
                <w:rFonts w:ascii="Times New Roman" w:hAnsi="Times New Roman"/>
                <w:sz w:val="24"/>
              </w:rPr>
              <w:t>105.</w:t>
            </w:r>
          </w:p>
        </w:tc>
        <w:tc>
          <w:tcPr>
            <w:tcW w:w="1234" w:type="dxa"/>
          </w:tcPr>
          <w:p w14:paraId="07208CE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6CA2A53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14C672AB" w14:textId="77777777" w:rsidR="007868F2" w:rsidRDefault="00000000">
            <w:r>
              <w:rPr>
                <w:rFonts w:ascii="Times New Roman" w:hAnsi="Times New Roman"/>
                <w:sz w:val="24"/>
              </w:rPr>
              <w:t>1.275,65 mp</w:t>
            </w:r>
          </w:p>
        </w:tc>
        <w:tc>
          <w:tcPr>
            <w:tcW w:w="1234" w:type="dxa"/>
          </w:tcPr>
          <w:p w14:paraId="1C29CCA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A9D2E43" w14:textId="77777777" w:rsidR="007868F2" w:rsidRDefault="00000000">
            <w:r>
              <w:rPr>
                <w:rFonts w:ascii="Times New Roman" w:hAnsi="Times New Roman"/>
                <w:sz w:val="24"/>
              </w:rPr>
              <w:t>44000/partial</w:t>
            </w:r>
          </w:p>
        </w:tc>
        <w:tc>
          <w:tcPr>
            <w:tcW w:w="1234" w:type="dxa"/>
          </w:tcPr>
          <w:p w14:paraId="4B048307" w14:textId="77777777" w:rsidR="007868F2" w:rsidRDefault="007868F2"/>
        </w:tc>
      </w:tr>
      <w:tr w:rsidR="007868F2" w14:paraId="0B7B6125" w14:textId="77777777">
        <w:tc>
          <w:tcPr>
            <w:tcW w:w="1234" w:type="dxa"/>
          </w:tcPr>
          <w:p w14:paraId="7599C0C6" w14:textId="77777777" w:rsidR="007868F2" w:rsidRDefault="00000000">
            <w:r>
              <w:rPr>
                <w:rFonts w:ascii="Times New Roman" w:hAnsi="Times New Roman"/>
                <w:sz w:val="24"/>
              </w:rPr>
              <w:t>106.</w:t>
            </w:r>
          </w:p>
        </w:tc>
        <w:tc>
          <w:tcPr>
            <w:tcW w:w="1234" w:type="dxa"/>
          </w:tcPr>
          <w:p w14:paraId="26855FD8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5BABB4E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47B0975F" w14:textId="77777777" w:rsidR="007868F2" w:rsidRDefault="00000000">
            <w:r>
              <w:rPr>
                <w:rFonts w:ascii="Times New Roman" w:hAnsi="Times New Roman"/>
                <w:sz w:val="24"/>
              </w:rPr>
              <w:t>3.958,36 mp</w:t>
            </w:r>
          </w:p>
        </w:tc>
        <w:tc>
          <w:tcPr>
            <w:tcW w:w="1234" w:type="dxa"/>
          </w:tcPr>
          <w:p w14:paraId="5CABF0E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B459C25" w14:textId="77777777" w:rsidR="007868F2" w:rsidRDefault="00000000">
            <w:r>
              <w:rPr>
                <w:rFonts w:ascii="Times New Roman" w:hAnsi="Times New Roman"/>
                <w:sz w:val="24"/>
              </w:rPr>
              <w:t>44005/partial</w:t>
            </w:r>
          </w:p>
        </w:tc>
        <w:tc>
          <w:tcPr>
            <w:tcW w:w="1234" w:type="dxa"/>
          </w:tcPr>
          <w:p w14:paraId="48840332" w14:textId="77777777" w:rsidR="007868F2" w:rsidRDefault="007868F2"/>
        </w:tc>
      </w:tr>
      <w:tr w:rsidR="007868F2" w14:paraId="678B5B74" w14:textId="77777777">
        <w:tc>
          <w:tcPr>
            <w:tcW w:w="1234" w:type="dxa"/>
          </w:tcPr>
          <w:p w14:paraId="174A82F7" w14:textId="77777777" w:rsidR="007868F2" w:rsidRDefault="00000000">
            <w:r>
              <w:rPr>
                <w:rFonts w:ascii="Times New Roman" w:hAnsi="Times New Roman"/>
                <w:sz w:val="24"/>
              </w:rPr>
              <w:t>107.</w:t>
            </w:r>
          </w:p>
        </w:tc>
        <w:tc>
          <w:tcPr>
            <w:tcW w:w="1234" w:type="dxa"/>
          </w:tcPr>
          <w:p w14:paraId="208EEBE3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5FC391C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5827B240" w14:textId="77777777" w:rsidR="007868F2" w:rsidRDefault="00000000">
            <w:r>
              <w:rPr>
                <w:rFonts w:ascii="Times New Roman" w:hAnsi="Times New Roman"/>
                <w:sz w:val="24"/>
              </w:rPr>
              <w:t>1.232,31 mp</w:t>
            </w:r>
          </w:p>
        </w:tc>
        <w:tc>
          <w:tcPr>
            <w:tcW w:w="1234" w:type="dxa"/>
          </w:tcPr>
          <w:p w14:paraId="05EE1B3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A97D2C5" w14:textId="77777777" w:rsidR="007868F2" w:rsidRDefault="00000000">
            <w:r>
              <w:rPr>
                <w:rFonts w:ascii="Times New Roman" w:hAnsi="Times New Roman"/>
                <w:sz w:val="24"/>
              </w:rPr>
              <w:t>44016/partial</w:t>
            </w:r>
          </w:p>
        </w:tc>
        <w:tc>
          <w:tcPr>
            <w:tcW w:w="1234" w:type="dxa"/>
          </w:tcPr>
          <w:p w14:paraId="4D7DA0B7" w14:textId="77777777" w:rsidR="007868F2" w:rsidRDefault="007868F2"/>
        </w:tc>
      </w:tr>
      <w:tr w:rsidR="007868F2" w14:paraId="5EEF254F" w14:textId="77777777">
        <w:tc>
          <w:tcPr>
            <w:tcW w:w="1234" w:type="dxa"/>
          </w:tcPr>
          <w:p w14:paraId="68405C36" w14:textId="77777777" w:rsidR="007868F2" w:rsidRDefault="00000000">
            <w:r>
              <w:rPr>
                <w:rFonts w:ascii="Times New Roman" w:hAnsi="Times New Roman"/>
                <w:sz w:val="24"/>
              </w:rPr>
              <w:t>108.</w:t>
            </w:r>
          </w:p>
        </w:tc>
        <w:tc>
          <w:tcPr>
            <w:tcW w:w="1234" w:type="dxa"/>
          </w:tcPr>
          <w:p w14:paraId="081E731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332DDCE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2173D924" w14:textId="77777777" w:rsidR="007868F2" w:rsidRDefault="00000000">
            <w:r>
              <w:rPr>
                <w:rFonts w:ascii="Times New Roman" w:hAnsi="Times New Roman"/>
                <w:sz w:val="24"/>
              </w:rPr>
              <w:t>738,55 mp</w:t>
            </w:r>
          </w:p>
        </w:tc>
        <w:tc>
          <w:tcPr>
            <w:tcW w:w="1234" w:type="dxa"/>
          </w:tcPr>
          <w:p w14:paraId="745E017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56BCFDB" w14:textId="77777777" w:rsidR="007868F2" w:rsidRDefault="00000000">
            <w:r>
              <w:rPr>
                <w:rFonts w:ascii="Times New Roman" w:hAnsi="Times New Roman"/>
                <w:sz w:val="24"/>
              </w:rPr>
              <w:t>44035/partial</w:t>
            </w:r>
          </w:p>
        </w:tc>
        <w:tc>
          <w:tcPr>
            <w:tcW w:w="1234" w:type="dxa"/>
          </w:tcPr>
          <w:p w14:paraId="2411EE49" w14:textId="77777777" w:rsidR="007868F2" w:rsidRDefault="007868F2"/>
        </w:tc>
      </w:tr>
      <w:tr w:rsidR="007868F2" w14:paraId="29CBD145" w14:textId="77777777">
        <w:tc>
          <w:tcPr>
            <w:tcW w:w="1234" w:type="dxa"/>
          </w:tcPr>
          <w:p w14:paraId="177729C8" w14:textId="77777777" w:rsidR="007868F2" w:rsidRDefault="00000000">
            <w:r>
              <w:rPr>
                <w:rFonts w:ascii="Times New Roman" w:hAnsi="Times New Roman"/>
                <w:sz w:val="24"/>
              </w:rPr>
              <w:t>109.</w:t>
            </w:r>
          </w:p>
        </w:tc>
        <w:tc>
          <w:tcPr>
            <w:tcW w:w="1234" w:type="dxa"/>
          </w:tcPr>
          <w:p w14:paraId="518AAE94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0584433" w14:textId="77777777" w:rsidR="007868F2" w:rsidRDefault="00000000">
            <w:r>
              <w:rPr>
                <w:rFonts w:ascii="Times New Roman" w:hAnsi="Times New Roman"/>
                <w:sz w:val="24"/>
              </w:rPr>
              <w:t>Brândușa</w:t>
            </w:r>
          </w:p>
        </w:tc>
        <w:tc>
          <w:tcPr>
            <w:tcW w:w="1234" w:type="dxa"/>
          </w:tcPr>
          <w:p w14:paraId="653D2999" w14:textId="77777777" w:rsidR="007868F2" w:rsidRDefault="00000000">
            <w:r>
              <w:rPr>
                <w:rFonts w:ascii="Times New Roman" w:hAnsi="Times New Roman"/>
                <w:sz w:val="24"/>
              </w:rPr>
              <w:t>164,25 mp</w:t>
            </w:r>
          </w:p>
        </w:tc>
        <w:tc>
          <w:tcPr>
            <w:tcW w:w="1234" w:type="dxa"/>
          </w:tcPr>
          <w:p w14:paraId="7671C0F3" w14:textId="77777777" w:rsidR="007868F2" w:rsidRDefault="00000000">
            <w:r>
              <w:rPr>
                <w:rFonts w:ascii="Times New Roman" w:hAnsi="Times New Roman"/>
                <w:sz w:val="24"/>
              </w:rPr>
              <w:t>Scuar</w:t>
            </w:r>
          </w:p>
        </w:tc>
        <w:tc>
          <w:tcPr>
            <w:tcW w:w="1234" w:type="dxa"/>
          </w:tcPr>
          <w:p w14:paraId="0504197A" w14:textId="77777777" w:rsidR="007868F2" w:rsidRDefault="00000000">
            <w:r>
              <w:rPr>
                <w:rFonts w:ascii="Times New Roman" w:hAnsi="Times New Roman"/>
                <w:sz w:val="24"/>
              </w:rPr>
              <w:t>38290/partial</w:t>
            </w:r>
          </w:p>
        </w:tc>
        <w:tc>
          <w:tcPr>
            <w:tcW w:w="1234" w:type="dxa"/>
          </w:tcPr>
          <w:p w14:paraId="0951FFB7" w14:textId="77777777" w:rsidR="007868F2" w:rsidRDefault="007868F2"/>
        </w:tc>
      </w:tr>
      <w:tr w:rsidR="007868F2" w14:paraId="380D760F" w14:textId="77777777">
        <w:tc>
          <w:tcPr>
            <w:tcW w:w="1234" w:type="dxa"/>
          </w:tcPr>
          <w:p w14:paraId="0B2809FA" w14:textId="77777777" w:rsidR="007868F2" w:rsidRDefault="00000000">
            <w:r>
              <w:rPr>
                <w:rFonts w:ascii="Times New Roman" w:hAnsi="Times New Roman"/>
                <w:sz w:val="24"/>
              </w:rPr>
              <w:t>110.</w:t>
            </w:r>
          </w:p>
        </w:tc>
        <w:tc>
          <w:tcPr>
            <w:tcW w:w="1234" w:type="dxa"/>
          </w:tcPr>
          <w:p w14:paraId="1A13815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956491C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7E3FBB31" w14:textId="77777777" w:rsidR="007868F2" w:rsidRDefault="00000000">
            <w:r>
              <w:rPr>
                <w:rFonts w:ascii="Times New Roman" w:hAnsi="Times New Roman"/>
                <w:sz w:val="24"/>
              </w:rPr>
              <w:t>6.202,04 mp</w:t>
            </w:r>
          </w:p>
        </w:tc>
        <w:tc>
          <w:tcPr>
            <w:tcW w:w="1234" w:type="dxa"/>
          </w:tcPr>
          <w:p w14:paraId="6DFD491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8EA3F7E" w14:textId="77777777" w:rsidR="007868F2" w:rsidRDefault="00000000">
            <w:r>
              <w:rPr>
                <w:rFonts w:ascii="Times New Roman" w:hAnsi="Times New Roman"/>
                <w:sz w:val="24"/>
              </w:rPr>
              <w:t>37962/partial</w:t>
            </w:r>
          </w:p>
        </w:tc>
        <w:tc>
          <w:tcPr>
            <w:tcW w:w="1234" w:type="dxa"/>
          </w:tcPr>
          <w:p w14:paraId="3D927E8B" w14:textId="77777777" w:rsidR="007868F2" w:rsidRDefault="007868F2"/>
        </w:tc>
      </w:tr>
      <w:tr w:rsidR="007868F2" w14:paraId="14E823DD" w14:textId="77777777">
        <w:tc>
          <w:tcPr>
            <w:tcW w:w="1234" w:type="dxa"/>
          </w:tcPr>
          <w:p w14:paraId="7776F5F0" w14:textId="77777777" w:rsidR="007868F2" w:rsidRDefault="00000000">
            <w:r>
              <w:rPr>
                <w:rFonts w:ascii="Times New Roman" w:hAnsi="Times New Roman"/>
                <w:sz w:val="24"/>
              </w:rPr>
              <w:t>111.</w:t>
            </w:r>
          </w:p>
        </w:tc>
        <w:tc>
          <w:tcPr>
            <w:tcW w:w="1234" w:type="dxa"/>
          </w:tcPr>
          <w:p w14:paraId="29C5E5E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810E5F2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2B523C66" w14:textId="77777777" w:rsidR="007868F2" w:rsidRDefault="00000000">
            <w:r>
              <w:rPr>
                <w:rFonts w:ascii="Times New Roman" w:hAnsi="Times New Roman"/>
                <w:sz w:val="24"/>
              </w:rPr>
              <w:t>898,60 mp</w:t>
            </w:r>
          </w:p>
        </w:tc>
        <w:tc>
          <w:tcPr>
            <w:tcW w:w="1234" w:type="dxa"/>
          </w:tcPr>
          <w:p w14:paraId="0CE3D37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1B348833" w14:textId="77777777" w:rsidR="007868F2" w:rsidRDefault="00000000">
            <w:r>
              <w:rPr>
                <w:rFonts w:ascii="Times New Roman" w:hAnsi="Times New Roman"/>
                <w:sz w:val="24"/>
              </w:rPr>
              <w:t>37964/partial</w:t>
            </w:r>
          </w:p>
        </w:tc>
        <w:tc>
          <w:tcPr>
            <w:tcW w:w="1234" w:type="dxa"/>
          </w:tcPr>
          <w:p w14:paraId="4959CBB1" w14:textId="77777777" w:rsidR="007868F2" w:rsidRDefault="007868F2"/>
        </w:tc>
      </w:tr>
      <w:tr w:rsidR="007868F2" w14:paraId="1CAD4768" w14:textId="77777777">
        <w:tc>
          <w:tcPr>
            <w:tcW w:w="1234" w:type="dxa"/>
          </w:tcPr>
          <w:p w14:paraId="28B4919B" w14:textId="77777777" w:rsidR="007868F2" w:rsidRDefault="00000000">
            <w:r>
              <w:rPr>
                <w:rFonts w:ascii="Times New Roman" w:hAnsi="Times New Roman"/>
                <w:sz w:val="24"/>
              </w:rPr>
              <w:t>112.</w:t>
            </w:r>
          </w:p>
        </w:tc>
        <w:tc>
          <w:tcPr>
            <w:tcW w:w="1234" w:type="dxa"/>
          </w:tcPr>
          <w:p w14:paraId="3242A341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17DB414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0E723757" w14:textId="77777777" w:rsidR="007868F2" w:rsidRDefault="00000000">
            <w:r>
              <w:rPr>
                <w:rFonts w:ascii="Times New Roman" w:hAnsi="Times New Roman"/>
                <w:sz w:val="24"/>
              </w:rPr>
              <w:t>14.801,27 mp</w:t>
            </w:r>
          </w:p>
        </w:tc>
        <w:tc>
          <w:tcPr>
            <w:tcW w:w="1234" w:type="dxa"/>
          </w:tcPr>
          <w:p w14:paraId="4EC1B070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79A9C7D" w14:textId="77777777" w:rsidR="007868F2" w:rsidRDefault="00000000">
            <w:r>
              <w:rPr>
                <w:rFonts w:ascii="Times New Roman" w:hAnsi="Times New Roman"/>
                <w:sz w:val="24"/>
              </w:rPr>
              <w:t>37992/partial</w:t>
            </w:r>
          </w:p>
        </w:tc>
        <w:tc>
          <w:tcPr>
            <w:tcW w:w="1234" w:type="dxa"/>
          </w:tcPr>
          <w:p w14:paraId="01726585" w14:textId="77777777" w:rsidR="007868F2" w:rsidRDefault="007868F2"/>
        </w:tc>
      </w:tr>
      <w:tr w:rsidR="007868F2" w14:paraId="0C78E5DC" w14:textId="77777777">
        <w:tc>
          <w:tcPr>
            <w:tcW w:w="1234" w:type="dxa"/>
          </w:tcPr>
          <w:p w14:paraId="3E991B14" w14:textId="77777777" w:rsidR="007868F2" w:rsidRDefault="00000000">
            <w:r>
              <w:rPr>
                <w:rFonts w:ascii="Times New Roman" w:hAnsi="Times New Roman"/>
                <w:sz w:val="24"/>
              </w:rPr>
              <w:t>113.</w:t>
            </w:r>
          </w:p>
        </w:tc>
        <w:tc>
          <w:tcPr>
            <w:tcW w:w="1234" w:type="dxa"/>
          </w:tcPr>
          <w:p w14:paraId="12B0996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BF90EEF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3CBEA17E" w14:textId="77777777" w:rsidR="007868F2" w:rsidRDefault="00000000">
            <w:r>
              <w:rPr>
                <w:rFonts w:ascii="Times New Roman" w:hAnsi="Times New Roman"/>
                <w:sz w:val="24"/>
              </w:rPr>
              <w:t>137,84 mp</w:t>
            </w:r>
          </w:p>
        </w:tc>
        <w:tc>
          <w:tcPr>
            <w:tcW w:w="1234" w:type="dxa"/>
          </w:tcPr>
          <w:p w14:paraId="7846413A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A4141D6" w14:textId="77777777" w:rsidR="007868F2" w:rsidRDefault="00000000">
            <w:r>
              <w:rPr>
                <w:rFonts w:ascii="Times New Roman" w:hAnsi="Times New Roman"/>
                <w:sz w:val="24"/>
              </w:rPr>
              <w:t>44810/partial</w:t>
            </w:r>
          </w:p>
        </w:tc>
        <w:tc>
          <w:tcPr>
            <w:tcW w:w="1234" w:type="dxa"/>
          </w:tcPr>
          <w:p w14:paraId="74877AA4" w14:textId="77777777" w:rsidR="007868F2" w:rsidRDefault="007868F2"/>
        </w:tc>
      </w:tr>
      <w:tr w:rsidR="007868F2" w14:paraId="7ADEACBE" w14:textId="77777777">
        <w:tc>
          <w:tcPr>
            <w:tcW w:w="1234" w:type="dxa"/>
          </w:tcPr>
          <w:p w14:paraId="1516DB34" w14:textId="77777777" w:rsidR="007868F2" w:rsidRDefault="00000000">
            <w:r>
              <w:rPr>
                <w:rFonts w:ascii="Times New Roman" w:hAnsi="Times New Roman"/>
                <w:sz w:val="24"/>
              </w:rPr>
              <w:t>114.</w:t>
            </w:r>
          </w:p>
        </w:tc>
        <w:tc>
          <w:tcPr>
            <w:tcW w:w="1234" w:type="dxa"/>
          </w:tcPr>
          <w:p w14:paraId="28E408C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4F3248B5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571C3659" w14:textId="77777777" w:rsidR="007868F2" w:rsidRDefault="00000000">
            <w:r>
              <w:rPr>
                <w:rFonts w:ascii="Times New Roman" w:hAnsi="Times New Roman"/>
                <w:sz w:val="24"/>
              </w:rPr>
              <w:t>3.575,03 mp</w:t>
            </w:r>
          </w:p>
        </w:tc>
        <w:tc>
          <w:tcPr>
            <w:tcW w:w="1234" w:type="dxa"/>
          </w:tcPr>
          <w:p w14:paraId="705DD21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A50B8EE" w14:textId="77777777" w:rsidR="007868F2" w:rsidRDefault="00000000">
            <w:r>
              <w:rPr>
                <w:rFonts w:ascii="Times New Roman" w:hAnsi="Times New Roman"/>
                <w:sz w:val="24"/>
              </w:rPr>
              <w:t>45069/partial</w:t>
            </w:r>
          </w:p>
        </w:tc>
        <w:tc>
          <w:tcPr>
            <w:tcW w:w="1234" w:type="dxa"/>
          </w:tcPr>
          <w:p w14:paraId="65D36BE2" w14:textId="77777777" w:rsidR="007868F2" w:rsidRDefault="007868F2"/>
        </w:tc>
      </w:tr>
      <w:tr w:rsidR="007868F2" w14:paraId="58DA0150" w14:textId="77777777">
        <w:tc>
          <w:tcPr>
            <w:tcW w:w="1234" w:type="dxa"/>
          </w:tcPr>
          <w:p w14:paraId="4B95E797" w14:textId="77777777" w:rsidR="007868F2" w:rsidRDefault="00000000">
            <w:r>
              <w:rPr>
                <w:rFonts w:ascii="Times New Roman" w:hAnsi="Times New Roman"/>
                <w:sz w:val="24"/>
              </w:rPr>
              <w:t>115.</w:t>
            </w:r>
          </w:p>
        </w:tc>
        <w:tc>
          <w:tcPr>
            <w:tcW w:w="1234" w:type="dxa"/>
          </w:tcPr>
          <w:p w14:paraId="50E25B5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6D78130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6483BAB8" w14:textId="77777777" w:rsidR="007868F2" w:rsidRDefault="00000000">
            <w:r>
              <w:rPr>
                <w:rFonts w:ascii="Times New Roman" w:hAnsi="Times New Roman"/>
                <w:sz w:val="24"/>
              </w:rPr>
              <w:t>259,05 mp</w:t>
            </w:r>
          </w:p>
        </w:tc>
        <w:tc>
          <w:tcPr>
            <w:tcW w:w="1234" w:type="dxa"/>
          </w:tcPr>
          <w:p w14:paraId="2C9F0C1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C9FDA18" w14:textId="77777777" w:rsidR="007868F2" w:rsidRDefault="00000000">
            <w:r>
              <w:rPr>
                <w:rFonts w:ascii="Times New Roman" w:hAnsi="Times New Roman"/>
                <w:sz w:val="24"/>
              </w:rPr>
              <w:t>45084/partial</w:t>
            </w:r>
          </w:p>
        </w:tc>
        <w:tc>
          <w:tcPr>
            <w:tcW w:w="1234" w:type="dxa"/>
          </w:tcPr>
          <w:p w14:paraId="4B7EC1B4" w14:textId="77777777" w:rsidR="007868F2" w:rsidRDefault="007868F2"/>
        </w:tc>
      </w:tr>
      <w:tr w:rsidR="007868F2" w14:paraId="6A991F37" w14:textId="77777777">
        <w:tc>
          <w:tcPr>
            <w:tcW w:w="1234" w:type="dxa"/>
          </w:tcPr>
          <w:p w14:paraId="3E713B9F" w14:textId="77777777" w:rsidR="007868F2" w:rsidRDefault="00000000">
            <w:r>
              <w:rPr>
                <w:rFonts w:ascii="Times New Roman" w:hAnsi="Times New Roman"/>
                <w:sz w:val="24"/>
              </w:rPr>
              <w:t>116.</w:t>
            </w:r>
          </w:p>
        </w:tc>
        <w:tc>
          <w:tcPr>
            <w:tcW w:w="1234" w:type="dxa"/>
          </w:tcPr>
          <w:p w14:paraId="1909094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AB572FD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6E08FBFF" w14:textId="77777777" w:rsidR="007868F2" w:rsidRDefault="00000000">
            <w:r>
              <w:rPr>
                <w:rFonts w:ascii="Times New Roman" w:hAnsi="Times New Roman"/>
                <w:sz w:val="24"/>
              </w:rPr>
              <w:t>68,66 mp</w:t>
            </w:r>
          </w:p>
        </w:tc>
        <w:tc>
          <w:tcPr>
            <w:tcW w:w="1234" w:type="dxa"/>
          </w:tcPr>
          <w:p w14:paraId="69B8464B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D6D915F" w14:textId="77777777" w:rsidR="007868F2" w:rsidRDefault="00000000">
            <w:r>
              <w:rPr>
                <w:rFonts w:ascii="Times New Roman" w:hAnsi="Times New Roman"/>
                <w:sz w:val="24"/>
              </w:rPr>
              <w:t>45108/partial</w:t>
            </w:r>
          </w:p>
        </w:tc>
        <w:tc>
          <w:tcPr>
            <w:tcW w:w="1234" w:type="dxa"/>
          </w:tcPr>
          <w:p w14:paraId="4F6ED974" w14:textId="77777777" w:rsidR="007868F2" w:rsidRDefault="007868F2"/>
        </w:tc>
      </w:tr>
      <w:tr w:rsidR="007868F2" w14:paraId="0D1C568E" w14:textId="77777777">
        <w:tc>
          <w:tcPr>
            <w:tcW w:w="1234" w:type="dxa"/>
          </w:tcPr>
          <w:p w14:paraId="0F4F6649" w14:textId="77777777" w:rsidR="007868F2" w:rsidRDefault="00000000">
            <w:r>
              <w:rPr>
                <w:rFonts w:ascii="Times New Roman" w:hAnsi="Times New Roman"/>
                <w:sz w:val="24"/>
              </w:rPr>
              <w:t>117.</w:t>
            </w:r>
          </w:p>
        </w:tc>
        <w:tc>
          <w:tcPr>
            <w:tcW w:w="1234" w:type="dxa"/>
          </w:tcPr>
          <w:p w14:paraId="7413C82C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Propus spre </w:t>
            </w:r>
            <w:r>
              <w:rPr>
                <w:rFonts w:ascii="Times New Roman" w:hAnsi="Times New Roman"/>
                <w:sz w:val="24"/>
              </w:rPr>
              <w:lastRenderedPageBreak/>
              <w:t>amenajare</w:t>
            </w:r>
          </w:p>
        </w:tc>
        <w:tc>
          <w:tcPr>
            <w:tcW w:w="1234" w:type="dxa"/>
          </w:tcPr>
          <w:p w14:paraId="35F32F07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Plosca</w:t>
            </w:r>
          </w:p>
        </w:tc>
        <w:tc>
          <w:tcPr>
            <w:tcW w:w="1234" w:type="dxa"/>
          </w:tcPr>
          <w:p w14:paraId="4D6000E0" w14:textId="77777777" w:rsidR="007868F2" w:rsidRDefault="00000000">
            <w:r>
              <w:rPr>
                <w:rFonts w:ascii="Times New Roman" w:hAnsi="Times New Roman"/>
                <w:sz w:val="24"/>
              </w:rPr>
              <w:t>946,17 mp</w:t>
            </w:r>
          </w:p>
        </w:tc>
        <w:tc>
          <w:tcPr>
            <w:tcW w:w="1234" w:type="dxa"/>
          </w:tcPr>
          <w:p w14:paraId="770E695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EEC11E2" w14:textId="77777777" w:rsidR="007868F2" w:rsidRDefault="00000000">
            <w:r>
              <w:rPr>
                <w:rFonts w:ascii="Times New Roman" w:hAnsi="Times New Roman"/>
                <w:sz w:val="24"/>
              </w:rPr>
              <w:t>45138/partial</w:t>
            </w:r>
          </w:p>
        </w:tc>
        <w:tc>
          <w:tcPr>
            <w:tcW w:w="1234" w:type="dxa"/>
          </w:tcPr>
          <w:p w14:paraId="4176FEDE" w14:textId="77777777" w:rsidR="007868F2" w:rsidRDefault="007868F2"/>
        </w:tc>
      </w:tr>
      <w:tr w:rsidR="007868F2" w14:paraId="00A578A5" w14:textId="77777777">
        <w:tc>
          <w:tcPr>
            <w:tcW w:w="1234" w:type="dxa"/>
          </w:tcPr>
          <w:p w14:paraId="13313924" w14:textId="77777777" w:rsidR="007868F2" w:rsidRDefault="00000000">
            <w:r>
              <w:rPr>
                <w:rFonts w:ascii="Times New Roman" w:hAnsi="Times New Roman"/>
                <w:sz w:val="24"/>
              </w:rPr>
              <w:t>118.</w:t>
            </w:r>
          </w:p>
        </w:tc>
        <w:tc>
          <w:tcPr>
            <w:tcW w:w="1234" w:type="dxa"/>
          </w:tcPr>
          <w:p w14:paraId="6269CC5A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FD19455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7634291D" w14:textId="77777777" w:rsidR="007868F2" w:rsidRDefault="00000000">
            <w:r>
              <w:rPr>
                <w:rFonts w:ascii="Times New Roman" w:hAnsi="Times New Roman"/>
                <w:sz w:val="24"/>
              </w:rPr>
              <w:t>337,64 mp</w:t>
            </w:r>
          </w:p>
        </w:tc>
        <w:tc>
          <w:tcPr>
            <w:tcW w:w="1234" w:type="dxa"/>
          </w:tcPr>
          <w:p w14:paraId="4A1A2C21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91BCBB9" w14:textId="77777777" w:rsidR="007868F2" w:rsidRDefault="00000000">
            <w:r>
              <w:rPr>
                <w:rFonts w:ascii="Times New Roman" w:hAnsi="Times New Roman"/>
                <w:sz w:val="24"/>
              </w:rPr>
              <w:t>45140/partial</w:t>
            </w:r>
          </w:p>
        </w:tc>
        <w:tc>
          <w:tcPr>
            <w:tcW w:w="1234" w:type="dxa"/>
          </w:tcPr>
          <w:p w14:paraId="6A635AF6" w14:textId="77777777" w:rsidR="007868F2" w:rsidRDefault="007868F2"/>
        </w:tc>
      </w:tr>
      <w:tr w:rsidR="007868F2" w14:paraId="4BBB2E33" w14:textId="77777777">
        <w:tc>
          <w:tcPr>
            <w:tcW w:w="1234" w:type="dxa"/>
          </w:tcPr>
          <w:p w14:paraId="67120D48" w14:textId="77777777" w:rsidR="007868F2" w:rsidRDefault="00000000">
            <w:r>
              <w:rPr>
                <w:rFonts w:ascii="Times New Roman" w:hAnsi="Times New Roman"/>
                <w:sz w:val="24"/>
              </w:rPr>
              <w:t>119.</w:t>
            </w:r>
          </w:p>
        </w:tc>
        <w:tc>
          <w:tcPr>
            <w:tcW w:w="1234" w:type="dxa"/>
          </w:tcPr>
          <w:p w14:paraId="3A947DF7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DB146DE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44F8A032" w14:textId="77777777" w:rsidR="007868F2" w:rsidRDefault="00000000">
            <w:r>
              <w:rPr>
                <w:rFonts w:ascii="Times New Roman" w:hAnsi="Times New Roman"/>
                <w:sz w:val="24"/>
              </w:rPr>
              <w:t>1.355,30 mp</w:t>
            </w:r>
          </w:p>
        </w:tc>
        <w:tc>
          <w:tcPr>
            <w:tcW w:w="1234" w:type="dxa"/>
          </w:tcPr>
          <w:p w14:paraId="1126673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952AD02" w14:textId="77777777" w:rsidR="007868F2" w:rsidRDefault="00000000">
            <w:r>
              <w:rPr>
                <w:rFonts w:ascii="Times New Roman" w:hAnsi="Times New Roman"/>
                <w:sz w:val="24"/>
              </w:rPr>
              <w:t>45141/partial</w:t>
            </w:r>
          </w:p>
        </w:tc>
        <w:tc>
          <w:tcPr>
            <w:tcW w:w="1234" w:type="dxa"/>
          </w:tcPr>
          <w:p w14:paraId="43C3DB27" w14:textId="77777777" w:rsidR="007868F2" w:rsidRDefault="007868F2"/>
        </w:tc>
      </w:tr>
      <w:tr w:rsidR="007868F2" w14:paraId="08E5DECD" w14:textId="77777777">
        <w:tc>
          <w:tcPr>
            <w:tcW w:w="1234" w:type="dxa"/>
          </w:tcPr>
          <w:p w14:paraId="66E83BDB" w14:textId="77777777" w:rsidR="007868F2" w:rsidRDefault="00000000">
            <w:r>
              <w:rPr>
                <w:rFonts w:ascii="Times New Roman" w:hAnsi="Times New Roman"/>
                <w:sz w:val="24"/>
              </w:rPr>
              <w:t>120.</w:t>
            </w:r>
          </w:p>
        </w:tc>
        <w:tc>
          <w:tcPr>
            <w:tcW w:w="1234" w:type="dxa"/>
          </w:tcPr>
          <w:p w14:paraId="764D3EE2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C726DC0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1CE905CA" w14:textId="77777777" w:rsidR="007868F2" w:rsidRDefault="00000000">
            <w:r>
              <w:rPr>
                <w:rFonts w:ascii="Times New Roman" w:hAnsi="Times New Roman"/>
                <w:sz w:val="24"/>
              </w:rPr>
              <w:t>394,76 mp</w:t>
            </w:r>
          </w:p>
        </w:tc>
        <w:tc>
          <w:tcPr>
            <w:tcW w:w="1234" w:type="dxa"/>
          </w:tcPr>
          <w:p w14:paraId="328FE23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4E60490" w14:textId="77777777" w:rsidR="007868F2" w:rsidRDefault="00000000">
            <w:r>
              <w:rPr>
                <w:rFonts w:ascii="Times New Roman" w:hAnsi="Times New Roman"/>
                <w:sz w:val="24"/>
              </w:rPr>
              <w:t>45154/partial</w:t>
            </w:r>
          </w:p>
        </w:tc>
        <w:tc>
          <w:tcPr>
            <w:tcW w:w="1234" w:type="dxa"/>
          </w:tcPr>
          <w:p w14:paraId="1749E514" w14:textId="77777777" w:rsidR="007868F2" w:rsidRDefault="007868F2"/>
        </w:tc>
      </w:tr>
      <w:tr w:rsidR="007868F2" w14:paraId="2E48532B" w14:textId="77777777">
        <w:tc>
          <w:tcPr>
            <w:tcW w:w="1234" w:type="dxa"/>
          </w:tcPr>
          <w:p w14:paraId="75A10A3A" w14:textId="77777777" w:rsidR="007868F2" w:rsidRDefault="00000000">
            <w:r>
              <w:rPr>
                <w:rFonts w:ascii="Times New Roman" w:hAnsi="Times New Roman"/>
                <w:sz w:val="24"/>
              </w:rPr>
              <w:t>121.</w:t>
            </w:r>
          </w:p>
        </w:tc>
        <w:tc>
          <w:tcPr>
            <w:tcW w:w="1234" w:type="dxa"/>
          </w:tcPr>
          <w:p w14:paraId="3E12564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0847100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53F00855" w14:textId="77777777" w:rsidR="007868F2" w:rsidRDefault="00000000">
            <w:r>
              <w:rPr>
                <w:rFonts w:ascii="Times New Roman" w:hAnsi="Times New Roman"/>
                <w:sz w:val="24"/>
              </w:rPr>
              <w:t>2.572,78 mp</w:t>
            </w:r>
          </w:p>
        </w:tc>
        <w:tc>
          <w:tcPr>
            <w:tcW w:w="1234" w:type="dxa"/>
          </w:tcPr>
          <w:p w14:paraId="3A7C7DF8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4F96BCF" w14:textId="77777777" w:rsidR="007868F2" w:rsidRDefault="00000000">
            <w:r>
              <w:rPr>
                <w:rFonts w:ascii="Times New Roman" w:hAnsi="Times New Roman"/>
                <w:sz w:val="24"/>
              </w:rPr>
              <w:t>45164/partial</w:t>
            </w:r>
          </w:p>
        </w:tc>
        <w:tc>
          <w:tcPr>
            <w:tcW w:w="1234" w:type="dxa"/>
          </w:tcPr>
          <w:p w14:paraId="7FA9C06F" w14:textId="77777777" w:rsidR="007868F2" w:rsidRDefault="007868F2"/>
        </w:tc>
      </w:tr>
      <w:tr w:rsidR="007868F2" w14:paraId="50FDCFFC" w14:textId="77777777">
        <w:tc>
          <w:tcPr>
            <w:tcW w:w="1234" w:type="dxa"/>
          </w:tcPr>
          <w:p w14:paraId="27AB6161" w14:textId="77777777" w:rsidR="007868F2" w:rsidRDefault="00000000">
            <w:r>
              <w:rPr>
                <w:rFonts w:ascii="Times New Roman" w:hAnsi="Times New Roman"/>
                <w:sz w:val="24"/>
              </w:rPr>
              <w:t>122.</w:t>
            </w:r>
          </w:p>
        </w:tc>
        <w:tc>
          <w:tcPr>
            <w:tcW w:w="1234" w:type="dxa"/>
          </w:tcPr>
          <w:p w14:paraId="74C38806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C463A74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7D3D39BF" w14:textId="77777777" w:rsidR="007868F2" w:rsidRDefault="00000000">
            <w:r>
              <w:rPr>
                <w:rFonts w:ascii="Times New Roman" w:hAnsi="Times New Roman"/>
                <w:sz w:val="24"/>
              </w:rPr>
              <w:t>492,07 mp</w:t>
            </w:r>
          </w:p>
        </w:tc>
        <w:tc>
          <w:tcPr>
            <w:tcW w:w="1234" w:type="dxa"/>
          </w:tcPr>
          <w:p w14:paraId="30DD4AC6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48A6778" w14:textId="77777777" w:rsidR="007868F2" w:rsidRDefault="00000000">
            <w:r>
              <w:rPr>
                <w:rFonts w:ascii="Times New Roman" w:hAnsi="Times New Roman"/>
                <w:sz w:val="24"/>
              </w:rPr>
              <w:t>45183/partial</w:t>
            </w:r>
          </w:p>
        </w:tc>
        <w:tc>
          <w:tcPr>
            <w:tcW w:w="1234" w:type="dxa"/>
          </w:tcPr>
          <w:p w14:paraId="3CB042C2" w14:textId="77777777" w:rsidR="007868F2" w:rsidRDefault="007868F2"/>
        </w:tc>
      </w:tr>
      <w:tr w:rsidR="007868F2" w14:paraId="2A54245A" w14:textId="77777777">
        <w:tc>
          <w:tcPr>
            <w:tcW w:w="1234" w:type="dxa"/>
          </w:tcPr>
          <w:p w14:paraId="3420E9A3" w14:textId="77777777" w:rsidR="007868F2" w:rsidRDefault="00000000">
            <w:r>
              <w:rPr>
                <w:rFonts w:ascii="Times New Roman" w:hAnsi="Times New Roman"/>
                <w:sz w:val="24"/>
              </w:rPr>
              <w:t>123.</w:t>
            </w:r>
          </w:p>
        </w:tc>
        <w:tc>
          <w:tcPr>
            <w:tcW w:w="1234" w:type="dxa"/>
          </w:tcPr>
          <w:p w14:paraId="6DAFEC0D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0FFA6C3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3AAD3A04" w14:textId="77777777" w:rsidR="007868F2" w:rsidRDefault="00000000">
            <w:r>
              <w:rPr>
                <w:rFonts w:ascii="Times New Roman" w:hAnsi="Times New Roman"/>
                <w:sz w:val="24"/>
              </w:rPr>
              <w:t>1.138,28 mp</w:t>
            </w:r>
          </w:p>
        </w:tc>
        <w:tc>
          <w:tcPr>
            <w:tcW w:w="1234" w:type="dxa"/>
          </w:tcPr>
          <w:p w14:paraId="2297879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2A3A7BE9" w14:textId="77777777" w:rsidR="007868F2" w:rsidRDefault="00000000">
            <w:r>
              <w:rPr>
                <w:rFonts w:ascii="Times New Roman" w:hAnsi="Times New Roman"/>
                <w:sz w:val="24"/>
              </w:rPr>
              <w:t>45191/partial</w:t>
            </w:r>
          </w:p>
        </w:tc>
        <w:tc>
          <w:tcPr>
            <w:tcW w:w="1234" w:type="dxa"/>
          </w:tcPr>
          <w:p w14:paraId="20B06660" w14:textId="77777777" w:rsidR="007868F2" w:rsidRDefault="007868F2"/>
        </w:tc>
      </w:tr>
      <w:tr w:rsidR="007868F2" w14:paraId="5D51D3EE" w14:textId="77777777">
        <w:tc>
          <w:tcPr>
            <w:tcW w:w="1234" w:type="dxa"/>
          </w:tcPr>
          <w:p w14:paraId="7903625D" w14:textId="77777777" w:rsidR="007868F2" w:rsidRDefault="00000000">
            <w:r>
              <w:rPr>
                <w:rFonts w:ascii="Times New Roman" w:hAnsi="Times New Roman"/>
                <w:sz w:val="24"/>
              </w:rPr>
              <w:t>124.</w:t>
            </w:r>
          </w:p>
        </w:tc>
        <w:tc>
          <w:tcPr>
            <w:tcW w:w="1234" w:type="dxa"/>
          </w:tcPr>
          <w:p w14:paraId="11E1898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4664170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31E9120C" w14:textId="77777777" w:rsidR="007868F2" w:rsidRDefault="00000000">
            <w:r>
              <w:rPr>
                <w:rFonts w:ascii="Times New Roman" w:hAnsi="Times New Roman"/>
                <w:sz w:val="24"/>
              </w:rPr>
              <w:t>265,26 mp</w:t>
            </w:r>
          </w:p>
        </w:tc>
        <w:tc>
          <w:tcPr>
            <w:tcW w:w="1234" w:type="dxa"/>
          </w:tcPr>
          <w:p w14:paraId="55661E3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9A2053D" w14:textId="77777777" w:rsidR="007868F2" w:rsidRDefault="00000000">
            <w:r>
              <w:rPr>
                <w:rFonts w:ascii="Times New Roman" w:hAnsi="Times New Roman"/>
                <w:sz w:val="24"/>
              </w:rPr>
              <w:t>45195/partial</w:t>
            </w:r>
          </w:p>
        </w:tc>
        <w:tc>
          <w:tcPr>
            <w:tcW w:w="1234" w:type="dxa"/>
          </w:tcPr>
          <w:p w14:paraId="67AFC628" w14:textId="77777777" w:rsidR="007868F2" w:rsidRDefault="007868F2"/>
        </w:tc>
      </w:tr>
      <w:tr w:rsidR="007868F2" w14:paraId="4F93E752" w14:textId="77777777">
        <w:tc>
          <w:tcPr>
            <w:tcW w:w="1234" w:type="dxa"/>
          </w:tcPr>
          <w:p w14:paraId="273C44C7" w14:textId="77777777" w:rsidR="007868F2" w:rsidRDefault="00000000">
            <w:r>
              <w:rPr>
                <w:rFonts w:ascii="Times New Roman" w:hAnsi="Times New Roman"/>
                <w:sz w:val="24"/>
              </w:rPr>
              <w:t>125.</w:t>
            </w:r>
          </w:p>
        </w:tc>
        <w:tc>
          <w:tcPr>
            <w:tcW w:w="1234" w:type="dxa"/>
          </w:tcPr>
          <w:p w14:paraId="4E274EAC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55020828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49FFC10B" w14:textId="77777777" w:rsidR="007868F2" w:rsidRDefault="00000000">
            <w:r>
              <w:rPr>
                <w:rFonts w:ascii="Times New Roman" w:hAnsi="Times New Roman"/>
                <w:sz w:val="24"/>
              </w:rPr>
              <w:t>1.586,86 mp</w:t>
            </w:r>
          </w:p>
        </w:tc>
        <w:tc>
          <w:tcPr>
            <w:tcW w:w="1234" w:type="dxa"/>
          </w:tcPr>
          <w:p w14:paraId="739DAD04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303737C" w14:textId="77777777" w:rsidR="007868F2" w:rsidRDefault="00000000">
            <w:r>
              <w:rPr>
                <w:rFonts w:ascii="Times New Roman" w:hAnsi="Times New Roman"/>
                <w:sz w:val="24"/>
              </w:rPr>
              <w:t>45242/partial</w:t>
            </w:r>
          </w:p>
        </w:tc>
        <w:tc>
          <w:tcPr>
            <w:tcW w:w="1234" w:type="dxa"/>
          </w:tcPr>
          <w:p w14:paraId="3672076E" w14:textId="77777777" w:rsidR="007868F2" w:rsidRDefault="007868F2"/>
        </w:tc>
      </w:tr>
      <w:tr w:rsidR="007868F2" w14:paraId="4DC1D80F" w14:textId="77777777">
        <w:tc>
          <w:tcPr>
            <w:tcW w:w="1234" w:type="dxa"/>
          </w:tcPr>
          <w:p w14:paraId="781E15E5" w14:textId="77777777" w:rsidR="007868F2" w:rsidRDefault="00000000">
            <w:r>
              <w:rPr>
                <w:rFonts w:ascii="Times New Roman" w:hAnsi="Times New Roman"/>
                <w:sz w:val="24"/>
              </w:rPr>
              <w:t>126.</w:t>
            </w:r>
          </w:p>
        </w:tc>
        <w:tc>
          <w:tcPr>
            <w:tcW w:w="1234" w:type="dxa"/>
          </w:tcPr>
          <w:p w14:paraId="353ADB9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2E0805C1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04D1904A" w14:textId="77777777" w:rsidR="007868F2" w:rsidRDefault="00000000">
            <w:r>
              <w:rPr>
                <w:rFonts w:ascii="Times New Roman" w:hAnsi="Times New Roman"/>
                <w:sz w:val="24"/>
              </w:rPr>
              <w:t>596,85 mp</w:t>
            </w:r>
          </w:p>
        </w:tc>
        <w:tc>
          <w:tcPr>
            <w:tcW w:w="1234" w:type="dxa"/>
          </w:tcPr>
          <w:p w14:paraId="76990BD2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6867662E" w14:textId="77777777" w:rsidR="007868F2" w:rsidRDefault="00000000">
            <w:r>
              <w:rPr>
                <w:rFonts w:ascii="Times New Roman" w:hAnsi="Times New Roman"/>
                <w:sz w:val="24"/>
              </w:rPr>
              <w:t>45262/partial</w:t>
            </w:r>
          </w:p>
        </w:tc>
        <w:tc>
          <w:tcPr>
            <w:tcW w:w="1234" w:type="dxa"/>
          </w:tcPr>
          <w:p w14:paraId="61C7EC51" w14:textId="77777777" w:rsidR="007868F2" w:rsidRDefault="007868F2"/>
        </w:tc>
      </w:tr>
      <w:tr w:rsidR="007868F2" w14:paraId="03968620" w14:textId="77777777">
        <w:tc>
          <w:tcPr>
            <w:tcW w:w="1234" w:type="dxa"/>
          </w:tcPr>
          <w:p w14:paraId="208AA239" w14:textId="77777777" w:rsidR="007868F2" w:rsidRDefault="00000000">
            <w:r>
              <w:rPr>
                <w:rFonts w:ascii="Times New Roman" w:hAnsi="Times New Roman"/>
                <w:sz w:val="24"/>
              </w:rPr>
              <w:t>127.</w:t>
            </w:r>
          </w:p>
        </w:tc>
        <w:tc>
          <w:tcPr>
            <w:tcW w:w="1234" w:type="dxa"/>
          </w:tcPr>
          <w:p w14:paraId="017E385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243BD43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5BC0AFDF" w14:textId="77777777" w:rsidR="007868F2" w:rsidRDefault="00000000">
            <w:r>
              <w:rPr>
                <w:rFonts w:ascii="Times New Roman" w:hAnsi="Times New Roman"/>
                <w:sz w:val="24"/>
              </w:rPr>
              <w:t>411,79 mp</w:t>
            </w:r>
          </w:p>
        </w:tc>
        <w:tc>
          <w:tcPr>
            <w:tcW w:w="1234" w:type="dxa"/>
          </w:tcPr>
          <w:p w14:paraId="0A27DEF9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6A1AB95" w14:textId="77777777" w:rsidR="007868F2" w:rsidRDefault="00000000">
            <w:r>
              <w:rPr>
                <w:rFonts w:ascii="Times New Roman" w:hAnsi="Times New Roman"/>
                <w:sz w:val="24"/>
              </w:rPr>
              <w:t>45279/partial</w:t>
            </w:r>
          </w:p>
        </w:tc>
        <w:tc>
          <w:tcPr>
            <w:tcW w:w="1234" w:type="dxa"/>
          </w:tcPr>
          <w:p w14:paraId="734044A6" w14:textId="77777777" w:rsidR="007868F2" w:rsidRDefault="007868F2"/>
        </w:tc>
      </w:tr>
      <w:tr w:rsidR="007868F2" w14:paraId="5D14502B" w14:textId="77777777">
        <w:tc>
          <w:tcPr>
            <w:tcW w:w="1234" w:type="dxa"/>
          </w:tcPr>
          <w:p w14:paraId="40A429CE" w14:textId="77777777" w:rsidR="007868F2" w:rsidRDefault="00000000">
            <w:r>
              <w:rPr>
                <w:rFonts w:ascii="Times New Roman" w:hAnsi="Times New Roman"/>
                <w:sz w:val="24"/>
              </w:rPr>
              <w:t>128.</w:t>
            </w:r>
          </w:p>
        </w:tc>
        <w:tc>
          <w:tcPr>
            <w:tcW w:w="1234" w:type="dxa"/>
          </w:tcPr>
          <w:p w14:paraId="74E495C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0053F51A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2FEEA443" w14:textId="77777777" w:rsidR="007868F2" w:rsidRDefault="00000000">
            <w:r>
              <w:rPr>
                <w:rFonts w:ascii="Times New Roman" w:hAnsi="Times New Roman"/>
                <w:sz w:val="24"/>
              </w:rPr>
              <w:t>354,52 mp</w:t>
            </w:r>
          </w:p>
        </w:tc>
        <w:tc>
          <w:tcPr>
            <w:tcW w:w="1234" w:type="dxa"/>
          </w:tcPr>
          <w:p w14:paraId="7120728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04D7C679" w14:textId="77777777" w:rsidR="007868F2" w:rsidRDefault="00000000">
            <w:r>
              <w:rPr>
                <w:rFonts w:ascii="Times New Roman" w:hAnsi="Times New Roman"/>
                <w:sz w:val="24"/>
              </w:rPr>
              <w:t>45302/partial</w:t>
            </w:r>
          </w:p>
        </w:tc>
        <w:tc>
          <w:tcPr>
            <w:tcW w:w="1234" w:type="dxa"/>
          </w:tcPr>
          <w:p w14:paraId="64E5C06F" w14:textId="77777777" w:rsidR="007868F2" w:rsidRDefault="007868F2"/>
        </w:tc>
      </w:tr>
      <w:tr w:rsidR="007868F2" w14:paraId="7AA41701" w14:textId="77777777">
        <w:tc>
          <w:tcPr>
            <w:tcW w:w="1234" w:type="dxa"/>
          </w:tcPr>
          <w:p w14:paraId="6F546666" w14:textId="77777777" w:rsidR="007868F2" w:rsidRDefault="00000000">
            <w:r>
              <w:rPr>
                <w:rFonts w:ascii="Times New Roman" w:hAnsi="Times New Roman"/>
                <w:sz w:val="24"/>
              </w:rPr>
              <w:t>129.</w:t>
            </w:r>
          </w:p>
        </w:tc>
        <w:tc>
          <w:tcPr>
            <w:tcW w:w="1234" w:type="dxa"/>
          </w:tcPr>
          <w:p w14:paraId="13E93CA9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5C8DE8E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360EF282" w14:textId="77777777" w:rsidR="007868F2" w:rsidRDefault="00000000">
            <w:r>
              <w:rPr>
                <w:rFonts w:ascii="Times New Roman" w:hAnsi="Times New Roman"/>
                <w:sz w:val="24"/>
              </w:rPr>
              <w:t>1.513,44 mp</w:t>
            </w:r>
          </w:p>
        </w:tc>
        <w:tc>
          <w:tcPr>
            <w:tcW w:w="1234" w:type="dxa"/>
          </w:tcPr>
          <w:p w14:paraId="767A480E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4C2B3154" w14:textId="77777777" w:rsidR="007868F2" w:rsidRDefault="00000000">
            <w:r>
              <w:rPr>
                <w:rFonts w:ascii="Times New Roman" w:hAnsi="Times New Roman"/>
                <w:sz w:val="24"/>
              </w:rPr>
              <w:t>45349/partial</w:t>
            </w:r>
          </w:p>
        </w:tc>
        <w:tc>
          <w:tcPr>
            <w:tcW w:w="1234" w:type="dxa"/>
          </w:tcPr>
          <w:p w14:paraId="30104141" w14:textId="77777777" w:rsidR="007868F2" w:rsidRDefault="007868F2"/>
        </w:tc>
      </w:tr>
      <w:tr w:rsidR="007868F2" w14:paraId="78607ADA" w14:textId="77777777">
        <w:tc>
          <w:tcPr>
            <w:tcW w:w="1234" w:type="dxa"/>
          </w:tcPr>
          <w:p w14:paraId="04136AA4" w14:textId="77777777" w:rsidR="007868F2" w:rsidRDefault="00000000">
            <w:r>
              <w:rPr>
                <w:rFonts w:ascii="Times New Roman" w:hAnsi="Times New Roman"/>
                <w:sz w:val="24"/>
              </w:rPr>
              <w:t>130.</w:t>
            </w:r>
          </w:p>
        </w:tc>
        <w:tc>
          <w:tcPr>
            <w:tcW w:w="1234" w:type="dxa"/>
          </w:tcPr>
          <w:p w14:paraId="77EED0FE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1FD4A20D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3B599747" w14:textId="77777777" w:rsidR="007868F2" w:rsidRDefault="00000000">
            <w:r>
              <w:rPr>
                <w:rFonts w:ascii="Times New Roman" w:hAnsi="Times New Roman"/>
                <w:sz w:val="24"/>
              </w:rPr>
              <w:t>1.862,39 mp</w:t>
            </w:r>
          </w:p>
        </w:tc>
        <w:tc>
          <w:tcPr>
            <w:tcW w:w="1234" w:type="dxa"/>
          </w:tcPr>
          <w:p w14:paraId="770D4E5D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484423D" w14:textId="77777777" w:rsidR="007868F2" w:rsidRDefault="00000000">
            <w:r>
              <w:rPr>
                <w:rFonts w:ascii="Times New Roman" w:hAnsi="Times New Roman"/>
                <w:sz w:val="24"/>
              </w:rPr>
              <w:t>45534/partial</w:t>
            </w:r>
          </w:p>
        </w:tc>
        <w:tc>
          <w:tcPr>
            <w:tcW w:w="1234" w:type="dxa"/>
          </w:tcPr>
          <w:p w14:paraId="70EE131F" w14:textId="77777777" w:rsidR="007868F2" w:rsidRDefault="007868F2"/>
        </w:tc>
      </w:tr>
      <w:tr w:rsidR="007868F2" w14:paraId="78C0A121" w14:textId="77777777">
        <w:tc>
          <w:tcPr>
            <w:tcW w:w="1234" w:type="dxa"/>
          </w:tcPr>
          <w:p w14:paraId="2856014C" w14:textId="77777777" w:rsidR="007868F2" w:rsidRDefault="00000000">
            <w:r>
              <w:rPr>
                <w:rFonts w:ascii="Times New Roman" w:hAnsi="Times New Roman"/>
                <w:sz w:val="24"/>
              </w:rPr>
              <w:t>131.</w:t>
            </w:r>
          </w:p>
        </w:tc>
        <w:tc>
          <w:tcPr>
            <w:tcW w:w="1234" w:type="dxa"/>
          </w:tcPr>
          <w:p w14:paraId="067C7D1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0D73224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0AAB9308" w14:textId="77777777" w:rsidR="007868F2" w:rsidRDefault="00000000">
            <w:r>
              <w:rPr>
                <w:rFonts w:ascii="Times New Roman" w:hAnsi="Times New Roman"/>
                <w:sz w:val="24"/>
              </w:rPr>
              <w:t>760,74 mp</w:t>
            </w:r>
          </w:p>
        </w:tc>
        <w:tc>
          <w:tcPr>
            <w:tcW w:w="1234" w:type="dxa"/>
          </w:tcPr>
          <w:p w14:paraId="7334486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37CBC2CF" w14:textId="77777777" w:rsidR="007868F2" w:rsidRDefault="00000000">
            <w:r>
              <w:rPr>
                <w:rFonts w:ascii="Times New Roman" w:hAnsi="Times New Roman"/>
                <w:sz w:val="24"/>
              </w:rPr>
              <w:t>45568/partial</w:t>
            </w:r>
          </w:p>
        </w:tc>
        <w:tc>
          <w:tcPr>
            <w:tcW w:w="1234" w:type="dxa"/>
          </w:tcPr>
          <w:p w14:paraId="1EFD5C0A" w14:textId="77777777" w:rsidR="007868F2" w:rsidRDefault="007868F2"/>
        </w:tc>
      </w:tr>
      <w:tr w:rsidR="007868F2" w14:paraId="2A57C202" w14:textId="77777777">
        <w:tc>
          <w:tcPr>
            <w:tcW w:w="1234" w:type="dxa"/>
          </w:tcPr>
          <w:p w14:paraId="10F2635B" w14:textId="77777777" w:rsidR="007868F2" w:rsidRDefault="00000000">
            <w:r>
              <w:rPr>
                <w:rFonts w:ascii="Times New Roman" w:hAnsi="Times New Roman"/>
                <w:sz w:val="24"/>
              </w:rPr>
              <w:t>132.</w:t>
            </w:r>
          </w:p>
        </w:tc>
        <w:tc>
          <w:tcPr>
            <w:tcW w:w="1234" w:type="dxa"/>
          </w:tcPr>
          <w:p w14:paraId="3DDA50FB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7B618C7D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68579969" w14:textId="77777777" w:rsidR="007868F2" w:rsidRDefault="00000000">
            <w:r>
              <w:rPr>
                <w:rFonts w:ascii="Times New Roman" w:hAnsi="Times New Roman"/>
                <w:sz w:val="24"/>
              </w:rPr>
              <w:t>75,64 mp</w:t>
            </w:r>
          </w:p>
        </w:tc>
        <w:tc>
          <w:tcPr>
            <w:tcW w:w="1234" w:type="dxa"/>
          </w:tcPr>
          <w:p w14:paraId="03A530AF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73494D63" w14:textId="77777777" w:rsidR="007868F2" w:rsidRDefault="00000000">
            <w:r>
              <w:rPr>
                <w:rFonts w:ascii="Times New Roman" w:hAnsi="Times New Roman"/>
                <w:sz w:val="24"/>
              </w:rPr>
              <w:t>45585/partial</w:t>
            </w:r>
          </w:p>
        </w:tc>
        <w:tc>
          <w:tcPr>
            <w:tcW w:w="1234" w:type="dxa"/>
          </w:tcPr>
          <w:p w14:paraId="5E2AC86C" w14:textId="77777777" w:rsidR="007868F2" w:rsidRDefault="007868F2"/>
        </w:tc>
      </w:tr>
      <w:tr w:rsidR="007868F2" w14:paraId="6E8357E2" w14:textId="77777777">
        <w:tc>
          <w:tcPr>
            <w:tcW w:w="1234" w:type="dxa"/>
          </w:tcPr>
          <w:p w14:paraId="03BA9A5A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133.</w:t>
            </w:r>
          </w:p>
        </w:tc>
        <w:tc>
          <w:tcPr>
            <w:tcW w:w="1234" w:type="dxa"/>
          </w:tcPr>
          <w:p w14:paraId="28C01715" w14:textId="77777777" w:rsidR="007868F2" w:rsidRDefault="00000000">
            <w:r>
              <w:rPr>
                <w:rFonts w:ascii="Times New Roman" w:hAnsi="Times New Roman"/>
                <w:sz w:val="24"/>
              </w:rPr>
              <w:t>Propus spre amenajare</w:t>
            </w:r>
          </w:p>
        </w:tc>
        <w:tc>
          <w:tcPr>
            <w:tcW w:w="1234" w:type="dxa"/>
          </w:tcPr>
          <w:p w14:paraId="6C4256CB" w14:textId="77777777" w:rsidR="007868F2" w:rsidRDefault="00000000">
            <w:r>
              <w:rPr>
                <w:rFonts w:ascii="Times New Roman" w:hAnsi="Times New Roman"/>
                <w:sz w:val="24"/>
              </w:rPr>
              <w:t>Plosca</w:t>
            </w:r>
          </w:p>
        </w:tc>
        <w:tc>
          <w:tcPr>
            <w:tcW w:w="1234" w:type="dxa"/>
          </w:tcPr>
          <w:p w14:paraId="4808A59A" w14:textId="77777777" w:rsidR="007868F2" w:rsidRDefault="00000000">
            <w:r>
              <w:rPr>
                <w:rFonts w:ascii="Times New Roman" w:hAnsi="Times New Roman"/>
                <w:sz w:val="24"/>
              </w:rPr>
              <w:t>1.061,30 mp</w:t>
            </w:r>
          </w:p>
        </w:tc>
        <w:tc>
          <w:tcPr>
            <w:tcW w:w="1234" w:type="dxa"/>
          </w:tcPr>
          <w:p w14:paraId="0EC5E887" w14:textId="77777777" w:rsidR="007868F2" w:rsidRDefault="00000000">
            <w:r>
              <w:rPr>
                <w:rFonts w:ascii="Times New Roman" w:hAnsi="Times New Roman"/>
                <w:sz w:val="24"/>
              </w:rPr>
              <w:t>Aliniament</w:t>
            </w:r>
          </w:p>
        </w:tc>
        <w:tc>
          <w:tcPr>
            <w:tcW w:w="1234" w:type="dxa"/>
          </w:tcPr>
          <w:p w14:paraId="597645E1" w14:textId="77777777" w:rsidR="007868F2" w:rsidRDefault="00000000">
            <w:r>
              <w:rPr>
                <w:rFonts w:ascii="Times New Roman" w:hAnsi="Times New Roman"/>
                <w:sz w:val="24"/>
              </w:rPr>
              <w:t>45594/partial</w:t>
            </w:r>
          </w:p>
        </w:tc>
        <w:tc>
          <w:tcPr>
            <w:tcW w:w="1234" w:type="dxa"/>
          </w:tcPr>
          <w:p w14:paraId="2963A37A" w14:textId="77777777" w:rsidR="007868F2" w:rsidRDefault="007868F2"/>
        </w:tc>
      </w:tr>
      <w:tr w:rsidR="007868F2" w14:paraId="13B2CB00" w14:textId="77777777">
        <w:tc>
          <w:tcPr>
            <w:tcW w:w="8638" w:type="dxa"/>
            <w:gridSpan w:val="7"/>
          </w:tcPr>
          <w:p w14:paraId="3FCF6DC4" w14:textId="77777777" w:rsidR="007868F2" w:rsidRDefault="00000000" w:rsidP="00F60320">
            <w:pPr>
              <w:jc w:val="center"/>
            </w:pPr>
            <w:r w:rsidRPr="00F60320">
              <w:rPr>
                <w:rFonts w:ascii="Times New Roman" w:hAnsi="Times New Roman"/>
                <w:b/>
                <w:color w:val="00B050"/>
                <w:sz w:val="24"/>
              </w:rPr>
              <w:t>Total: 234.711,70 mp</w:t>
            </w:r>
            <w:r w:rsidRPr="00F60320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88,65%</w:t>
            </w:r>
          </w:p>
        </w:tc>
      </w:tr>
    </w:tbl>
    <w:p w14:paraId="4D228DD3" w14:textId="77777777" w:rsidR="007868F2" w:rsidRDefault="007868F2"/>
    <w:p w14:paraId="41A7B4CA" w14:textId="77777777" w:rsidR="007868F2" w:rsidRPr="007F2C69" w:rsidRDefault="00000000" w:rsidP="00F60320">
      <w:pPr>
        <w:jc w:val="center"/>
        <w:rPr>
          <w:lang w:val="it-IT"/>
        </w:rPr>
      </w:pPr>
      <w:r w:rsidRPr="007F2C69">
        <w:rPr>
          <w:rFonts w:ascii="Times New Roman" w:hAnsi="Times New Roman"/>
          <w:b/>
          <w:color w:val="00B050"/>
          <w:sz w:val="28"/>
          <w:lang w:val="it-IT"/>
        </w:rPr>
        <w:t>Spații verzi publice cu acces specializat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0"/>
        <w:gridCol w:w="1269"/>
        <w:gridCol w:w="1243"/>
        <w:gridCol w:w="1243"/>
        <w:gridCol w:w="1209"/>
        <w:gridCol w:w="1496"/>
        <w:gridCol w:w="1296"/>
      </w:tblGrid>
      <w:tr w:rsidR="007868F2" w14:paraId="07A521FF" w14:textId="77777777">
        <w:tc>
          <w:tcPr>
            <w:tcW w:w="8638" w:type="dxa"/>
            <w:gridSpan w:val="7"/>
          </w:tcPr>
          <w:p w14:paraId="59CF7AC1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 xml:space="preserve">Alte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categorii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terenuri</w:t>
            </w:r>
            <w:proofErr w:type="spellEnd"/>
          </w:p>
        </w:tc>
      </w:tr>
      <w:tr w:rsidR="007868F2" w14:paraId="2988FDCA" w14:textId="77777777">
        <w:tc>
          <w:tcPr>
            <w:tcW w:w="1234" w:type="dxa"/>
          </w:tcPr>
          <w:p w14:paraId="6515EBFB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1234" w:type="dxa"/>
          </w:tcPr>
          <w:p w14:paraId="150AECCE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Nume</w:t>
            </w:r>
          </w:p>
        </w:tc>
        <w:tc>
          <w:tcPr>
            <w:tcW w:w="1234" w:type="dxa"/>
          </w:tcPr>
          <w:p w14:paraId="5F2B4E89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</w:t>
            </w:r>
          </w:p>
        </w:tc>
        <w:tc>
          <w:tcPr>
            <w:tcW w:w="1234" w:type="dxa"/>
          </w:tcPr>
          <w:p w14:paraId="1B70C459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Suprafața</w:t>
            </w:r>
          </w:p>
        </w:tc>
        <w:tc>
          <w:tcPr>
            <w:tcW w:w="1234" w:type="dxa"/>
          </w:tcPr>
          <w:p w14:paraId="5029575C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Tipul spațiului</w:t>
            </w:r>
          </w:p>
        </w:tc>
        <w:tc>
          <w:tcPr>
            <w:tcW w:w="1234" w:type="dxa"/>
          </w:tcPr>
          <w:p w14:paraId="5D0933C5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CF</w:t>
            </w:r>
          </w:p>
        </w:tc>
        <w:tc>
          <w:tcPr>
            <w:tcW w:w="1234" w:type="dxa"/>
          </w:tcPr>
          <w:p w14:paraId="4513F41E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Observații</w:t>
            </w:r>
          </w:p>
        </w:tc>
      </w:tr>
      <w:tr w:rsidR="007868F2" w14:paraId="383AC075" w14:textId="77777777">
        <w:tc>
          <w:tcPr>
            <w:tcW w:w="1234" w:type="dxa"/>
          </w:tcPr>
          <w:p w14:paraId="077CEE86" w14:textId="77777777" w:rsidR="00786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234" w:type="dxa"/>
          </w:tcPr>
          <w:p w14:paraId="5ED750BC" w14:textId="77777777" w:rsidR="007868F2" w:rsidRDefault="00000000">
            <w:r>
              <w:rPr>
                <w:rFonts w:ascii="Times New Roman" w:hAnsi="Times New Roman"/>
                <w:sz w:val="24"/>
              </w:rPr>
              <w:t>Biblioteca Bistret</w:t>
            </w:r>
          </w:p>
        </w:tc>
        <w:tc>
          <w:tcPr>
            <w:tcW w:w="1234" w:type="dxa"/>
          </w:tcPr>
          <w:p w14:paraId="05413622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31C6772A" w14:textId="77777777" w:rsidR="007868F2" w:rsidRDefault="00000000">
            <w:r>
              <w:rPr>
                <w:rFonts w:ascii="Times New Roman" w:hAnsi="Times New Roman"/>
                <w:sz w:val="24"/>
              </w:rPr>
              <w:t>86,21 mp</w:t>
            </w:r>
          </w:p>
        </w:tc>
        <w:tc>
          <w:tcPr>
            <w:tcW w:w="1234" w:type="dxa"/>
          </w:tcPr>
          <w:p w14:paraId="25D664AB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2CE0C8DE" w14:textId="77777777" w:rsidR="007868F2" w:rsidRDefault="00000000">
            <w:r>
              <w:rPr>
                <w:rFonts w:ascii="Times New Roman" w:hAnsi="Times New Roman"/>
                <w:sz w:val="24"/>
              </w:rPr>
              <w:t>39037/partial</w:t>
            </w:r>
          </w:p>
        </w:tc>
        <w:tc>
          <w:tcPr>
            <w:tcW w:w="1234" w:type="dxa"/>
          </w:tcPr>
          <w:p w14:paraId="4686B0D5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62C4A251" w14:textId="77777777">
        <w:tc>
          <w:tcPr>
            <w:tcW w:w="1234" w:type="dxa"/>
          </w:tcPr>
          <w:p w14:paraId="40F6239E" w14:textId="77777777" w:rsidR="007868F2" w:rsidRDefault="00000000"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234" w:type="dxa"/>
          </w:tcPr>
          <w:p w14:paraId="3DC13971" w14:textId="77777777" w:rsidR="007868F2" w:rsidRDefault="00000000">
            <w:r>
              <w:rPr>
                <w:rFonts w:ascii="Times New Roman" w:hAnsi="Times New Roman"/>
                <w:sz w:val="24"/>
              </w:rPr>
              <w:t>Biserica Sfantul Nicolae</w:t>
            </w:r>
          </w:p>
        </w:tc>
        <w:tc>
          <w:tcPr>
            <w:tcW w:w="1234" w:type="dxa"/>
          </w:tcPr>
          <w:p w14:paraId="38C5841C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0C69FAC5" w14:textId="77777777" w:rsidR="007868F2" w:rsidRDefault="00000000">
            <w:r>
              <w:rPr>
                <w:rFonts w:ascii="Times New Roman" w:hAnsi="Times New Roman"/>
                <w:sz w:val="24"/>
              </w:rPr>
              <w:t>2.227,47 mp</w:t>
            </w:r>
          </w:p>
        </w:tc>
        <w:tc>
          <w:tcPr>
            <w:tcW w:w="1234" w:type="dxa"/>
          </w:tcPr>
          <w:p w14:paraId="58C60DD0" w14:textId="77777777" w:rsidR="007868F2" w:rsidRDefault="00000000">
            <w:r>
              <w:rPr>
                <w:rFonts w:ascii="Times New Roman" w:hAnsi="Times New Roman"/>
                <w:sz w:val="24"/>
              </w:rPr>
              <w:t>Edificiu de cult</w:t>
            </w:r>
          </w:p>
        </w:tc>
        <w:tc>
          <w:tcPr>
            <w:tcW w:w="1234" w:type="dxa"/>
          </w:tcPr>
          <w:p w14:paraId="410CD1E2" w14:textId="77777777" w:rsidR="007868F2" w:rsidRDefault="00000000">
            <w:r>
              <w:rPr>
                <w:rFonts w:ascii="Times New Roman" w:hAnsi="Times New Roman"/>
                <w:sz w:val="24"/>
              </w:rPr>
              <w:t>39002/partial</w:t>
            </w:r>
          </w:p>
        </w:tc>
        <w:tc>
          <w:tcPr>
            <w:tcW w:w="1234" w:type="dxa"/>
          </w:tcPr>
          <w:p w14:paraId="23DCA578" w14:textId="77777777" w:rsidR="007868F2" w:rsidRDefault="007868F2"/>
        </w:tc>
      </w:tr>
      <w:tr w:rsidR="007868F2" w14:paraId="21E78DAF" w14:textId="77777777">
        <w:tc>
          <w:tcPr>
            <w:tcW w:w="1234" w:type="dxa"/>
          </w:tcPr>
          <w:p w14:paraId="2C93E055" w14:textId="77777777" w:rsidR="007868F2" w:rsidRDefault="00000000"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234" w:type="dxa"/>
          </w:tcPr>
          <w:p w14:paraId="4011EDBA" w14:textId="77777777" w:rsidR="007868F2" w:rsidRDefault="00000000">
            <w:r>
              <w:rPr>
                <w:rFonts w:ascii="Times New Roman" w:hAnsi="Times New Roman"/>
                <w:sz w:val="24"/>
              </w:rPr>
              <w:t>Consiliul local Bistret</w:t>
            </w:r>
          </w:p>
        </w:tc>
        <w:tc>
          <w:tcPr>
            <w:tcW w:w="1234" w:type="dxa"/>
          </w:tcPr>
          <w:p w14:paraId="0AD9D20A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15B7876" w14:textId="77777777" w:rsidR="007868F2" w:rsidRDefault="00000000">
            <w:r>
              <w:rPr>
                <w:rFonts w:ascii="Times New Roman" w:hAnsi="Times New Roman"/>
                <w:sz w:val="24"/>
              </w:rPr>
              <w:t>1.177,29 mp</w:t>
            </w:r>
          </w:p>
        </w:tc>
        <w:tc>
          <w:tcPr>
            <w:tcW w:w="1234" w:type="dxa"/>
          </w:tcPr>
          <w:p w14:paraId="0D2934DE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00DDCEA4" w14:textId="77777777" w:rsidR="007868F2" w:rsidRDefault="00000000">
            <w:r>
              <w:rPr>
                <w:rFonts w:ascii="Times New Roman" w:hAnsi="Times New Roman"/>
                <w:sz w:val="24"/>
              </w:rPr>
              <w:t>38876/partial</w:t>
            </w:r>
          </w:p>
        </w:tc>
        <w:tc>
          <w:tcPr>
            <w:tcW w:w="1234" w:type="dxa"/>
          </w:tcPr>
          <w:p w14:paraId="584D2093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2ED8B818" w14:textId="77777777">
        <w:tc>
          <w:tcPr>
            <w:tcW w:w="1234" w:type="dxa"/>
          </w:tcPr>
          <w:p w14:paraId="4B332F31" w14:textId="77777777" w:rsidR="007868F2" w:rsidRDefault="00000000"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234" w:type="dxa"/>
          </w:tcPr>
          <w:p w14:paraId="05A6429F" w14:textId="77777777" w:rsidR="007868F2" w:rsidRDefault="00000000">
            <w:r>
              <w:rPr>
                <w:rFonts w:ascii="Times New Roman" w:hAnsi="Times New Roman"/>
                <w:sz w:val="24"/>
              </w:rPr>
              <w:t>Ghiseul postal Bistret</w:t>
            </w:r>
          </w:p>
        </w:tc>
        <w:tc>
          <w:tcPr>
            <w:tcW w:w="1234" w:type="dxa"/>
          </w:tcPr>
          <w:p w14:paraId="56567CBE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EFC5A97" w14:textId="77777777" w:rsidR="007868F2" w:rsidRDefault="00000000">
            <w:r>
              <w:rPr>
                <w:rFonts w:ascii="Times New Roman" w:hAnsi="Times New Roman"/>
                <w:sz w:val="24"/>
              </w:rPr>
              <w:t>109,44 mp</w:t>
            </w:r>
          </w:p>
        </w:tc>
        <w:tc>
          <w:tcPr>
            <w:tcW w:w="1234" w:type="dxa"/>
          </w:tcPr>
          <w:p w14:paraId="422C3D54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36399DA0" w14:textId="77777777" w:rsidR="007868F2" w:rsidRDefault="00000000">
            <w:r>
              <w:rPr>
                <w:rFonts w:ascii="Times New Roman" w:hAnsi="Times New Roman"/>
                <w:sz w:val="24"/>
              </w:rPr>
              <w:t>43327/partial</w:t>
            </w:r>
          </w:p>
        </w:tc>
        <w:tc>
          <w:tcPr>
            <w:tcW w:w="1234" w:type="dxa"/>
          </w:tcPr>
          <w:p w14:paraId="5B60E25C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22EC3AE2" w14:textId="77777777">
        <w:tc>
          <w:tcPr>
            <w:tcW w:w="1234" w:type="dxa"/>
          </w:tcPr>
          <w:p w14:paraId="4B1B2DEF" w14:textId="77777777" w:rsidR="007868F2" w:rsidRDefault="00000000"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234" w:type="dxa"/>
          </w:tcPr>
          <w:p w14:paraId="6CBE1305" w14:textId="77777777" w:rsidR="007868F2" w:rsidRDefault="00000000">
            <w:r>
              <w:rPr>
                <w:rFonts w:ascii="Times New Roman" w:hAnsi="Times New Roman"/>
                <w:sz w:val="24"/>
              </w:rPr>
              <w:t>Gradinita</w:t>
            </w:r>
          </w:p>
        </w:tc>
        <w:tc>
          <w:tcPr>
            <w:tcW w:w="1234" w:type="dxa"/>
          </w:tcPr>
          <w:p w14:paraId="52ECA7EB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5BF2BB03" w14:textId="77777777" w:rsidR="007868F2" w:rsidRDefault="00000000">
            <w:r>
              <w:rPr>
                <w:rFonts w:ascii="Times New Roman" w:hAnsi="Times New Roman"/>
                <w:sz w:val="24"/>
              </w:rPr>
              <w:t>1.004,94 mp</w:t>
            </w:r>
          </w:p>
        </w:tc>
        <w:tc>
          <w:tcPr>
            <w:tcW w:w="1234" w:type="dxa"/>
          </w:tcPr>
          <w:p w14:paraId="09FD375D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52419305" w14:textId="77777777" w:rsidR="007868F2" w:rsidRDefault="00000000">
            <w:r>
              <w:rPr>
                <w:rFonts w:ascii="Times New Roman" w:hAnsi="Times New Roman"/>
                <w:sz w:val="24"/>
              </w:rPr>
              <w:t>43239/partial</w:t>
            </w:r>
          </w:p>
        </w:tc>
        <w:tc>
          <w:tcPr>
            <w:tcW w:w="1234" w:type="dxa"/>
          </w:tcPr>
          <w:p w14:paraId="38B21569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4778A665" w14:textId="77777777">
        <w:tc>
          <w:tcPr>
            <w:tcW w:w="1234" w:type="dxa"/>
          </w:tcPr>
          <w:p w14:paraId="5B9BAC7E" w14:textId="77777777" w:rsidR="007868F2" w:rsidRDefault="00000000"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234" w:type="dxa"/>
          </w:tcPr>
          <w:p w14:paraId="7E35470B" w14:textId="77777777" w:rsidR="007868F2" w:rsidRPr="007F2C69" w:rsidRDefault="00000000">
            <w:pPr>
              <w:rPr>
                <w:lang w:val="it-IT"/>
              </w:rPr>
            </w:pPr>
            <w:r w:rsidRPr="007F2C69">
              <w:rPr>
                <w:rFonts w:ascii="Times New Roman" w:hAnsi="Times New Roman"/>
                <w:sz w:val="24"/>
                <w:lang w:val="it-IT"/>
              </w:rPr>
              <w:t>Gradinita cu program normal Bistretu Nou</w:t>
            </w:r>
          </w:p>
        </w:tc>
        <w:tc>
          <w:tcPr>
            <w:tcW w:w="1234" w:type="dxa"/>
          </w:tcPr>
          <w:p w14:paraId="5CF37910" w14:textId="77777777" w:rsidR="007868F2" w:rsidRDefault="00000000">
            <w:proofErr w:type="spellStart"/>
            <w:r>
              <w:rPr>
                <w:rFonts w:ascii="Times New Roman" w:hAnsi="Times New Roman"/>
                <w:sz w:val="24"/>
              </w:rPr>
              <w:t>Bistretu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Nou</w:t>
            </w:r>
          </w:p>
        </w:tc>
        <w:tc>
          <w:tcPr>
            <w:tcW w:w="1234" w:type="dxa"/>
          </w:tcPr>
          <w:p w14:paraId="037855A0" w14:textId="77777777" w:rsidR="007868F2" w:rsidRDefault="00000000">
            <w:r>
              <w:rPr>
                <w:rFonts w:ascii="Times New Roman" w:hAnsi="Times New Roman"/>
                <w:sz w:val="24"/>
              </w:rPr>
              <w:t>1.713,32 mp</w:t>
            </w:r>
          </w:p>
        </w:tc>
        <w:tc>
          <w:tcPr>
            <w:tcW w:w="1234" w:type="dxa"/>
          </w:tcPr>
          <w:p w14:paraId="3A798370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62B42EE3" w14:textId="77777777" w:rsidR="007868F2" w:rsidRDefault="00000000">
            <w:r>
              <w:rPr>
                <w:rFonts w:ascii="Times New Roman" w:hAnsi="Times New Roman"/>
                <w:sz w:val="24"/>
              </w:rPr>
              <w:t>39551/partial</w:t>
            </w:r>
          </w:p>
        </w:tc>
        <w:tc>
          <w:tcPr>
            <w:tcW w:w="1234" w:type="dxa"/>
          </w:tcPr>
          <w:p w14:paraId="35779414" w14:textId="77777777" w:rsidR="007868F2" w:rsidRDefault="007868F2"/>
        </w:tc>
      </w:tr>
      <w:tr w:rsidR="007868F2" w14:paraId="0C835623" w14:textId="77777777">
        <w:tc>
          <w:tcPr>
            <w:tcW w:w="1234" w:type="dxa"/>
          </w:tcPr>
          <w:p w14:paraId="7A945671" w14:textId="77777777" w:rsidR="007868F2" w:rsidRDefault="00000000"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234" w:type="dxa"/>
          </w:tcPr>
          <w:p w14:paraId="27C52084" w14:textId="77777777" w:rsidR="007868F2" w:rsidRDefault="00000000">
            <w:r>
              <w:rPr>
                <w:rFonts w:ascii="Times New Roman" w:hAnsi="Times New Roman"/>
                <w:sz w:val="24"/>
              </w:rPr>
              <w:t>Primaria Bistret</w:t>
            </w:r>
          </w:p>
        </w:tc>
        <w:tc>
          <w:tcPr>
            <w:tcW w:w="1234" w:type="dxa"/>
          </w:tcPr>
          <w:p w14:paraId="507D3E58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FCDA05D" w14:textId="77777777" w:rsidR="007868F2" w:rsidRDefault="00000000">
            <w:r>
              <w:rPr>
                <w:rFonts w:ascii="Times New Roman" w:hAnsi="Times New Roman"/>
                <w:sz w:val="24"/>
              </w:rPr>
              <w:t>284,77 mp</w:t>
            </w:r>
          </w:p>
        </w:tc>
        <w:tc>
          <w:tcPr>
            <w:tcW w:w="1234" w:type="dxa"/>
          </w:tcPr>
          <w:p w14:paraId="3E8E0D4A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6AA0B34F" w14:textId="77777777" w:rsidR="007868F2" w:rsidRDefault="00000000">
            <w:r>
              <w:rPr>
                <w:rFonts w:ascii="Times New Roman" w:hAnsi="Times New Roman"/>
                <w:sz w:val="24"/>
              </w:rPr>
              <w:t>43153/partial</w:t>
            </w:r>
          </w:p>
        </w:tc>
        <w:tc>
          <w:tcPr>
            <w:tcW w:w="1234" w:type="dxa"/>
          </w:tcPr>
          <w:p w14:paraId="320BDF54" w14:textId="77777777" w:rsidR="007868F2" w:rsidRDefault="007868F2"/>
        </w:tc>
      </w:tr>
      <w:tr w:rsidR="007868F2" w14:paraId="38280381" w14:textId="77777777">
        <w:tc>
          <w:tcPr>
            <w:tcW w:w="1234" w:type="dxa"/>
          </w:tcPr>
          <w:p w14:paraId="258C2E2B" w14:textId="77777777" w:rsidR="007868F2" w:rsidRDefault="00000000"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1234" w:type="dxa"/>
          </w:tcPr>
          <w:p w14:paraId="0DD3FCF8" w14:textId="77777777" w:rsidR="007868F2" w:rsidRDefault="00000000">
            <w:r>
              <w:rPr>
                <w:rFonts w:ascii="Times New Roman" w:hAnsi="Times New Roman"/>
                <w:sz w:val="24"/>
              </w:rPr>
              <w:t>Scoala</w:t>
            </w:r>
          </w:p>
        </w:tc>
        <w:tc>
          <w:tcPr>
            <w:tcW w:w="1234" w:type="dxa"/>
          </w:tcPr>
          <w:p w14:paraId="189C654D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2E6FF15" w14:textId="77777777" w:rsidR="007868F2" w:rsidRDefault="00000000">
            <w:r>
              <w:rPr>
                <w:rFonts w:ascii="Times New Roman" w:hAnsi="Times New Roman"/>
                <w:sz w:val="24"/>
              </w:rPr>
              <w:t>3.616,96 mp</w:t>
            </w:r>
          </w:p>
        </w:tc>
        <w:tc>
          <w:tcPr>
            <w:tcW w:w="1234" w:type="dxa"/>
          </w:tcPr>
          <w:p w14:paraId="32D4A6BD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230D7FE5" w14:textId="77777777" w:rsidR="007868F2" w:rsidRDefault="00000000">
            <w:r>
              <w:rPr>
                <w:rFonts w:ascii="Times New Roman" w:hAnsi="Times New Roman"/>
                <w:sz w:val="24"/>
              </w:rPr>
              <w:t>38608/partial</w:t>
            </w:r>
          </w:p>
        </w:tc>
        <w:tc>
          <w:tcPr>
            <w:tcW w:w="1234" w:type="dxa"/>
          </w:tcPr>
          <w:p w14:paraId="57F048DC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134954B0" w14:textId="77777777">
        <w:tc>
          <w:tcPr>
            <w:tcW w:w="1234" w:type="dxa"/>
          </w:tcPr>
          <w:p w14:paraId="721B2EB2" w14:textId="77777777" w:rsidR="007868F2" w:rsidRDefault="00000000"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1234" w:type="dxa"/>
          </w:tcPr>
          <w:p w14:paraId="17DB63C5" w14:textId="77777777" w:rsidR="007868F2" w:rsidRPr="007F2C69" w:rsidRDefault="00000000">
            <w:pPr>
              <w:rPr>
                <w:lang w:val="it-IT"/>
              </w:rPr>
            </w:pPr>
            <w:r w:rsidRPr="007F2C69">
              <w:rPr>
                <w:rFonts w:ascii="Times New Roman" w:hAnsi="Times New Roman"/>
                <w:sz w:val="24"/>
                <w:lang w:val="it-IT"/>
              </w:rPr>
              <w:t>Scoala clasele I-IV si terenul de sport</w:t>
            </w:r>
          </w:p>
        </w:tc>
        <w:tc>
          <w:tcPr>
            <w:tcW w:w="1234" w:type="dxa"/>
          </w:tcPr>
          <w:p w14:paraId="568F2ED8" w14:textId="77777777" w:rsidR="007868F2" w:rsidRDefault="00000000">
            <w:proofErr w:type="spellStart"/>
            <w:r>
              <w:rPr>
                <w:rFonts w:ascii="Times New Roman" w:hAnsi="Times New Roman"/>
                <w:sz w:val="24"/>
              </w:rPr>
              <w:t>Bistretu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Nou</w:t>
            </w:r>
          </w:p>
        </w:tc>
        <w:tc>
          <w:tcPr>
            <w:tcW w:w="1234" w:type="dxa"/>
          </w:tcPr>
          <w:p w14:paraId="4E04E9BD" w14:textId="77777777" w:rsidR="007868F2" w:rsidRDefault="00000000">
            <w:r>
              <w:rPr>
                <w:rFonts w:ascii="Times New Roman" w:hAnsi="Times New Roman"/>
                <w:sz w:val="24"/>
              </w:rPr>
              <w:t>335,71 mp</w:t>
            </w:r>
          </w:p>
        </w:tc>
        <w:tc>
          <w:tcPr>
            <w:tcW w:w="1234" w:type="dxa"/>
          </w:tcPr>
          <w:p w14:paraId="2D87C643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4CCDC092" w14:textId="77777777" w:rsidR="007868F2" w:rsidRDefault="00000000">
            <w:r>
              <w:rPr>
                <w:rFonts w:ascii="Times New Roman" w:hAnsi="Times New Roman"/>
                <w:sz w:val="24"/>
              </w:rPr>
              <w:t>39539/partial</w:t>
            </w:r>
          </w:p>
        </w:tc>
        <w:tc>
          <w:tcPr>
            <w:tcW w:w="1234" w:type="dxa"/>
          </w:tcPr>
          <w:p w14:paraId="0C617EC7" w14:textId="77777777" w:rsidR="007868F2" w:rsidRDefault="007868F2"/>
        </w:tc>
      </w:tr>
      <w:tr w:rsidR="007868F2" w14:paraId="6CBD7542" w14:textId="77777777">
        <w:tc>
          <w:tcPr>
            <w:tcW w:w="1234" w:type="dxa"/>
          </w:tcPr>
          <w:p w14:paraId="7F42A6D8" w14:textId="77777777" w:rsidR="007868F2" w:rsidRDefault="00000000"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1234" w:type="dxa"/>
          </w:tcPr>
          <w:p w14:paraId="3B07B48A" w14:textId="77777777" w:rsidR="007868F2" w:rsidRDefault="00000000">
            <w:r>
              <w:rPr>
                <w:rFonts w:ascii="Times New Roman" w:hAnsi="Times New Roman"/>
                <w:sz w:val="24"/>
              </w:rPr>
              <w:t>Scoala gimnaziala Bistret</w:t>
            </w:r>
          </w:p>
        </w:tc>
        <w:tc>
          <w:tcPr>
            <w:tcW w:w="1234" w:type="dxa"/>
          </w:tcPr>
          <w:p w14:paraId="31A5E694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448B8A71" w14:textId="77777777" w:rsidR="007868F2" w:rsidRDefault="00000000">
            <w:r>
              <w:rPr>
                <w:rFonts w:ascii="Times New Roman" w:hAnsi="Times New Roman"/>
                <w:sz w:val="24"/>
              </w:rPr>
              <w:t>3.190,38 mp</w:t>
            </w:r>
          </w:p>
        </w:tc>
        <w:tc>
          <w:tcPr>
            <w:tcW w:w="1234" w:type="dxa"/>
          </w:tcPr>
          <w:p w14:paraId="384AE040" w14:textId="77777777" w:rsidR="007868F2" w:rsidRDefault="00000000">
            <w:r>
              <w:rPr>
                <w:rFonts w:ascii="Times New Roman" w:hAnsi="Times New Roman"/>
                <w:sz w:val="24"/>
              </w:rPr>
              <w:t>Institutie</w:t>
            </w:r>
          </w:p>
        </w:tc>
        <w:tc>
          <w:tcPr>
            <w:tcW w:w="1234" w:type="dxa"/>
          </w:tcPr>
          <w:p w14:paraId="2B89D0DE" w14:textId="77777777" w:rsidR="007868F2" w:rsidRDefault="00000000">
            <w:r>
              <w:rPr>
                <w:rFonts w:ascii="Times New Roman" w:hAnsi="Times New Roman"/>
                <w:sz w:val="24"/>
              </w:rPr>
              <w:t>43157/partial</w:t>
            </w:r>
          </w:p>
        </w:tc>
        <w:tc>
          <w:tcPr>
            <w:tcW w:w="1234" w:type="dxa"/>
          </w:tcPr>
          <w:p w14:paraId="611E916A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2911E79C" w14:textId="77777777">
        <w:tc>
          <w:tcPr>
            <w:tcW w:w="1234" w:type="dxa"/>
          </w:tcPr>
          <w:p w14:paraId="3B485871" w14:textId="77777777" w:rsidR="007868F2" w:rsidRDefault="00000000"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1234" w:type="dxa"/>
          </w:tcPr>
          <w:p w14:paraId="6175BD71" w14:textId="77777777" w:rsidR="007868F2" w:rsidRDefault="00000000">
            <w:r>
              <w:rPr>
                <w:rFonts w:ascii="Times New Roman" w:hAnsi="Times New Roman"/>
                <w:sz w:val="24"/>
              </w:rPr>
              <w:t xml:space="preserve">Zona aferenta Terenului </w:t>
            </w:r>
            <w:r>
              <w:rPr>
                <w:rFonts w:ascii="Times New Roman" w:hAnsi="Times New Roman"/>
                <w:sz w:val="24"/>
              </w:rPr>
              <w:lastRenderedPageBreak/>
              <w:t>de sport</w:t>
            </w:r>
          </w:p>
        </w:tc>
        <w:tc>
          <w:tcPr>
            <w:tcW w:w="1234" w:type="dxa"/>
          </w:tcPr>
          <w:p w14:paraId="7CF18272" w14:textId="77777777" w:rsidR="007868F2" w:rsidRDefault="00000000">
            <w:r>
              <w:rPr>
                <w:rFonts w:ascii="Times New Roman" w:hAnsi="Times New Roman"/>
                <w:sz w:val="24"/>
              </w:rPr>
              <w:lastRenderedPageBreak/>
              <w:t>Plosca</w:t>
            </w:r>
          </w:p>
        </w:tc>
        <w:tc>
          <w:tcPr>
            <w:tcW w:w="1234" w:type="dxa"/>
          </w:tcPr>
          <w:p w14:paraId="58264CEB" w14:textId="77777777" w:rsidR="007868F2" w:rsidRDefault="00000000">
            <w:r>
              <w:rPr>
                <w:rFonts w:ascii="Times New Roman" w:hAnsi="Times New Roman"/>
                <w:sz w:val="24"/>
              </w:rPr>
              <w:t>7.271,47 mp</w:t>
            </w:r>
          </w:p>
        </w:tc>
        <w:tc>
          <w:tcPr>
            <w:tcW w:w="1234" w:type="dxa"/>
          </w:tcPr>
          <w:p w14:paraId="5061B6CD" w14:textId="77777777" w:rsidR="007868F2" w:rsidRDefault="00000000">
            <w:r>
              <w:rPr>
                <w:rFonts w:ascii="Times New Roman" w:hAnsi="Times New Roman"/>
                <w:sz w:val="24"/>
              </w:rPr>
              <w:t>Baza sportiva</w:t>
            </w:r>
          </w:p>
        </w:tc>
        <w:tc>
          <w:tcPr>
            <w:tcW w:w="1234" w:type="dxa"/>
          </w:tcPr>
          <w:p w14:paraId="4FAEB1BC" w14:textId="77777777" w:rsidR="007868F2" w:rsidRDefault="00000000">
            <w:r>
              <w:rPr>
                <w:rFonts w:ascii="Times New Roman" w:hAnsi="Times New Roman"/>
                <w:sz w:val="24"/>
              </w:rPr>
              <w:t>45564/partial</w:t>
            </w:r>
          </w:p>
        </w:tc>
        <w:tc>
          <w:tcPr>
            <w:tcW w:w="1234" w:type="dxa"/>
          </w:tcPr>
          <w:p w14:paraId="7BE55C46" w14:textId="77777777" w:rsidR="007868F2" w:rsidRDefault="007868F2"/>
        </w:tc>
      </w:tr>
      <w:tr w:rsidR="007868F2" w14:paraId="26D26C06" w14:textId="77777777">
        <w:tc>
          <w:tcPr>
            <w:tcW w:w="8638" w:type="dxa"/>
            <w:gridSpan w:val="7"/>
          </w:tcPr>
          <w:p w14:paraId="2EEF2104" w14:textId="77777777" w:rsidR="007868F2" w:rsidRDefault="00000000" w:rsidP="00F60320">
            <w:pPr>
              <w:jc w:val="center"/>
            </w:pPr>
            <w:r w:rsidRPr="00F60320">
              <w:rPr>
                <w:rFonts w:ascii="Times New Roman" w:hAnsi="Times New Roman"/>
                <w:b/>
                <w:color w:val="00B050"/>
                <w:sz w:val="24"/>
              </w:rPr>
              <w:t>Total: 21.017,96 mp</w:t>
            </w:r>
            <w:r w:rsidRPr="00F60320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7,94%</w:t>
            </w:r>
          </w:p>
        </w:tc>
      </w:tr>
    </w:tbl>
    <w:p w14:paraId="7186E649" w14:textId="77777777" w:rsidR="007868F2" w:rsidRDefault="007868F2"/>
    <w:p w14:paraId="5F3D82FE" w14:textId="77777777" w:rsidR="007868F2" w:rsidRDefault="00000000" w:rsidP="00F60320">
      <w:pPr>
        <w:jc w:val="center"/>
      </w:pPr>
      <w:r>
        <w:rPr>
          <w:rFonts w:ascii="Times New Roman" w:hAnsi="Times New Roman"/>
          <w:b/>
          <w:color w:val="00B050"/>
          <w:sz w:val="28"/>
        </w:rPr>
        <w:t>Spații verzi publice cu acces agrement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3"/>
        <w:gridCol w:w="1194"/>
        <w:gridCol w:w="1243"/>
        <w:gridCol w:w="1243"/>
        <w:gridCol w:w="1221"/>
        <w:gridCol w:w="1496"/>
        <w:gridCol w:w="1296"/>
      </w:tblGrid>
      <w:tr w:rsidR="007868F2" w14:paraId="3A6034E5" w14:textId="77777777">
        <w:tc>
          <w:tcPr>
            <w:tcW w:w="8638" w:type="dxa"/>
            <w:gridSpan w:val="7"/>
          </w:tcPr>
          <w:p w14:paraId="55D72982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Alte categorii de terenuri</w:t>
            </w:r>
          </w:p>
        </w:tc>
      </w:tr>
      <w:tr w:rsidR="007868F2" w14:paraId="0A05517A" w14:textId="77777777">
        <w:tc>
          <w:tcPr>
            <w:tcW w:w="1234" w:type="dxa"/>
          </w:tcPr>
          <w:p w14:paraId="17DA18C6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Nr. crt.</w:t>
            </w:r>
          </w:p>
        </w:tc>
        <w:tc>
          <w:tcPr>
            <w:tcW w:w="1234" w:type="dxa"/>
          </w:tcPr>
          <w:p w14:paraId="24F526C5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Nume</w:t>
            </w:r>
          </w:p>
        </w:tc>
        <w:tc>
          <w:tcPr>
            <w:tcW w:w="1234" w:type="dxa"/>
          </w:tcPr>
          <w:p w14:paraId="6BDD07F0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Localitate</w:t>
            </w:r>
          </w:p>
        </w:tc>
        <w:tc>
          <w:tcPr>
            <w:tcW w:w="1234" w:type="dxa"/>
          </w:tcPr>
          <w:p w14:paraId="1986811E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Suprafața</w:t>
            </w:r>
          </w:p>
        </w:tc>
        <w:tc>
          <w:tcPr>
            <w:tcW w:w="1234" w:type="dxa"/>
          </w:tcPr>
          <w:p w14:paraId="58142A59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Tipul spațiului</w:t>
            </w:r>
          </w:p>
        </w:tc>
        <w:tc>
          <w:tcPr>
            <w:tcW w:w="1234" w:type="dxa"/>
          </w:tcPr>
          <w:p w14:paraId="18A978FE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CF</w:t>
            </w:r>
          </w:p>
        </w:tc>
        <w:tc>
          <w:tcPr>
            <w:tcW w:w="1234" w:type="dxa"/>
          </w:tcPr>
          <w:p w14:paraId="389367E3" w14:textId="77777777" w:rsidR="007868F2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Observații</w:t>
            </w:r>
          </w:p>
        </w:tc>
      </w:tr>
      <w:tr w:rsidR="007868F2" w14:paraId="7EE9462E" w14:textId="77777777">
        <w:tc>
          <w:tcPr>
            <w:tcW w:w="1234" w:type="dxa"/>
          </w:tcPr>
          <w:p w14:paraId="091358EA" w14:textId="77777777" w:rsidR="007868F2" w:rsidRDefault="00000000"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234" w:type="dxa"/>
          </w:tcPr>
          <w:p w14:paraId="4646C733" w14:textId="77777777" w:rsidR="007868F2" w:rsidRDefault="00000000">
            <w:r>
              <w:rPr>
                <w:rFonts w:ascii="Times New Roman" w:hAnsi="Times New Roman"/>
                <w:sz w:val="24"/>
              </w:rPr>
              <w:t>Teren de fotbal Bistret</w:t>
            </w:r>
          </w:p>
        </w:tc>
        <w:tc>
          <w:tcPr>
            <w:tcW w:w="1234" w:type="dxa"/>
          </w:tcPr>
          <w:p w14:paraId="2454C03A" w14:textId="77777777" w:rsidR="007868F2" w:rsidRDefault="00000000">
            <w:r>
              <w:rPr>
                <w:rFonts w:ascii="Times New Roman" w:hAnsi="Times New Roman"/>
                <w:sz w:val="24"/>
              </w:rPr>
              <w:t>Bistret</w:t>
            </w:r>
          </w:p>
        </w:tc>
        <w:tc>
          <w:tcPr>
            <w:tcW w:w="1234" w:type="dxa"/>
          </w:tcPr>
          <w:p w14:paraId="625F3C99" w14:textId="77777777" w:rsidR="007868F2" w:rsidRDefault="00000000">
            <w:r>
              <w:rPr>
                <w:rFonts w:ascii="Times New Roman" w:hAnsi="Times New Roman"/>
                <w:sz w:val="24"/>
              </w:rPr>
              <w:t>9.037,09 mp</w:t>
            </w:r>
          </w:p>
        </w:tc>
        <w:tc>
          <w:tcPr>
            <w:tcW w:w="1234" w:type="dxa"/>
          </w:tcPr>
          <w:p w14:paraId="7AA49704" w14:textId="77777777" w:rsidR="007868F2" w:rsidRDefault="00000000">
            <w:r>
              <w:rPr>
                <w:rFonts w:ascii="Times New Roman" w:hAnsi="Times New Roman"/>
                <w:sz w:val="24"/>
              </w:rPr>
              <w:t>Baza sportiva</w:t>
            </w:r>
          </w:p>
        </w:tc>
        <w:tc>
          <w:tcPr>
            <w:tcW w:w="1234" w:type="dxa"/>
          </w:tcPr>
          <w:p w14:paraId="174261B4" w14:textId="77777777" w:rsidR="007868F2" w:rsidRDefault="00000000">
            <w:r>
              <w:rPr>
                <w:rFonts w:ascii="Times New Roman" w:hAnsi="Times New Roman"/>
                <w:sz w:val="24"/>
              </w:rPr>
              <w:t>42946/partial</w:t>
            </w:r>
          </w:p>
        </w:tc>
        <w:tc>
          <w:tcPr>
            <w:tcW w:w="1234" w:type="dxa"/>
          </w:tcPr>
          <w:p w14:paraId="68AAE392" w14:textId="77777777" w:rsidR="007868F2" w:rsidRDefault="00000000">
            <w:r>
              <w:rPr>
                <w:rFonts w:ascii="Times New Roman" w:hAnsi="Times New Roman"/>
                <w:sz w:val="24"/>
              </w:rPr>
              <w:t>curti constructii</w:t>
            </w:r>
          </w:p>
        </w:tc>
      </w:tr>
      <w:tr w:rsidR="007868F2" w14:paraId="7D28EBFA" w14:textId="77777777">
        <w:tc>
          <w:tcPr>
            <w:tcW w:w="8638" w:type="dxa"/>
            <w:gridSpan w:val="7"/>
          </w:tcPr>
          <w:p w14:paraId="5636535D" w14:textId="77777777" w:rsidR="007868F2" w:rsidRDefault="00000000" w:rsidP="007F2C69">
            <w:pPr>
              <w:jc w:val="center"/>
            </w:pPr>
            <w:r w:rsidRPr="007F2C69">
              <w:rPr>
                <w:rFonts w:ascii="Times New Roman" w:hAnsi="Times New Roman"/>
                <w:b/>
                <w:color w:val="00B050"/>
                <w:sz w:val="24"/>
              </w:rPr>
              <w:t>Total: 9.037,09 mp</w:t>
            </w:r>
            <w:r w:rsidRPr="007F2C69">
              <w:rPr>
                <w:rFonts w:ascii="Times New Roman" w:hAnsi="Times New Roman"/>
                <w:b/>
                <w:color w:val="00B050"/>
                <w:sz w:val="24"/>
              </w:rPr>
              <w:br/>
              <w:t>Procentul din total: 3,41%</w:t>
            </w:r>
          </w:p>
        </w:tc>
      </w:tr>
    </w:tbl>
    <w:p w14:paraId="25F1C3D1" w14:textId="77777777" w:rsidR="007868F2" w:rsidRDefault="007868F2"/>
    <w:p w14:paraId="46F1F547" w14:textId="77777777" w:rsidR="007868F2" w:rsidRPr="007F2C69" w:rsidRDefault="00000000">
      <w:pPr>
        <w:rPr>
          <w:lang w:val="it-IT"/>
        </w:rPr>
      </w:pPr>
      <w:r w:rsidRPr="007F2C69">
        <w:rPr>
          <w:rFonts w:ascii="Times New Roman" w:hAnsi="Times New Roman"/>
          <w:b/>
          <w:sz w:val="24"/>
          <w:lang w:val="it-IT"/>
        </w:rPr>
        <w:t>Total spații verzi cumulat pe categorii conform Legea nr. 24/2007 privind reglementarea și administrarea spațiilor verzi din zonele urbane = 264.766,75 m²</w:t>
      </w:r>
    </w:p>
    <w:p w14:paraId="4B5B8227" w14:textId="77777777" w:rsidR="007868F2" w:rsidRPr="007F2C69" w:rsidRDefault="007868F2">
      <w:pPr>
        <w:rPr>
          <w:lang w:val="ro-RO"/>
        </w:rPr>
      </w:pPr>
    </w:p>
    <w:p w14:paraId="109CF873" w14:textId="77777777" w:rsidR="007868F2" w:rsidRPr="007F2C69" w:rsidRDefault="00000000">
      <w:pPr>
        <w:rPr>
          <w:lang w:val="it-IT"/>
        </w:rPr>
      </w:pPr>
      <w:r w:rsidRPr="007F2C69">
        <w:rPr>
          <w:rFonts w:ascii="Times New Roman" w:hAnsi="Times New Roman"/>
          <w:sz w:val="24"/>
          <w:lang w:val="it-IT"/>
        </w:rPr>
        <w:t xml:space="preserve">Conform </w:t>
      </w:r>
      <w:r w:rsidRPr="00DC4093">
        <w:rPr>
          <w:rFonts w:ascii="Times New Roman" w:hAnsi="Times New Roman"/>
          <w:b/>
          <w:bCs/>
          <w:sz w:val="24"/>
          <w:lang w:val="it-IT"/>
        </w:rPr>
        <w:t>art. 71 alin. (2) din OUG nr. 195/2005 privind protecţia mediului,</w:t>
      </w:r>
      <w:r w:rsidRPr="007F2C69">
        <w:rPr>
          <w:rFonts w:ascii="Times New Roman" w:hAnsi="Times New Roman"/>
          <w:sz w:val="24"/>
          <w:lang w:val="it-IT"/>
        </w:rPr>
        <w:t xml:space="preserve"> „Autorităţile administraţiei publice locale au obligaţia de a asigura din terenul intravilan o suprafaţă de spaţiu verde de minimum </w:t>
      </w:r>
      <w:r w:rsidRPr="00DC4093">
        <w:rPr>
          <w:rFonts w:ascii="Times New Roman" w:hAnsi="Times New Roman"/>
          <w:b/>
          <w:bCs/>
          <w:sz w:val="24"/>
          <w:lang w:val="it-IT"/>
        </w:rPr>
        <w:t>20 m²/locuitor, până la data de 31 decembrie 2010</w:t>
      </w:r>
      <w:r w:rsidRPr="007F2C69">
        <w:rPr>
          <w:rFonts w:ascii="Times New Roman" w:hAnsi="Times New Roman"/>
          <w:sz w:val="24"/>
          <w:lang w:val="it-IT"/>
        </w:rPr>
        <w:t xml:space="preserve">, şi de minimum </w:t>
      </w:r>
      <w:r w:rsidRPr="00DC4093">
        <w:rPr>
          <w:rFonts w:ascii="Times New Roman" w:hAnsi="Times New Roman"/>
          <w:b/>
          <w:bCs/>
          <w:sz w:val="24"/>
          <w:lang w:val="it-IT"/>
        </w:rPr>
        <w:t>26 m²/locuitor, până la data de 31 decembrie 2013</w:t>
      </w:r>
      <w:r w:rsidRPr="007F2C69">
        <w:rPr>
          <w:rFonts w:ascii="Times New Roman" w:hAnsi="Times New Roman"/>
          <w:sz w:val="24"/>
          <w:lang w:val="it-IT"/>
        </w:rPr>
        <w:t>”.</w:t>
      </w:r>
    </w:p>
    <w:p w14:paraId="70F404ED" w14:textId="77777777" w:rsidR="007868F2" w:rsidRPr="007F2C69" w:rsidRDefault="007868F2">
      <w:pPr>
        <w:rPr>
          <w:lang w:val="it-IT"/>
        </w:rPr>
      </w:pPr>
    </w:p>
    <w:p w14:paraId="5C6DFE4B" w14:textId="77777777" w:rsidR="007868F2" w:rsidRPr="007F2C69" w:rsidRDefault="00000000">
      <w:pPr>
        <w:rPr>
          <w:lang w:val="it-IT"/>
        </w:rPr>
      </w:pPr>
      <w:r w:rsidRPr="007F2C69">
        <w:rPr>
          <w:rFonts w:ascii="Times New Roman" w:hAnsi="Times New Roman"/>
          <w:sz w:val="24"/>
          <w:lang w:val="it-IT"/>
        </w:rPr>
        <w:t>Rezultatele obținute sunt următoarele:</w:t>
      </w:r>
    </w:p>
    <w:p w14:paraId="02C16961" w14:textId="77777777" w:rsidR="007868F2" w:rsidRPr="007F2C69" w:rsidRDefault="00000000">
      <w:pPr>
        <w:rPr>
          <w:lang w:val="it-IT"/>
        </w:rPr>
      </w:pPr>
      <w:r w:rsidRPr="007F2C69">
        <w:rPr>
          <w:rFonts w:ascii="Times New Roman" w:hAnsi="Times New Roman"/>
          <w:sz w:val="24"/>
          <w:lang w:val="it-IT"/>
        </w:rPr>
        <w:t>- Total spații verzi cumulat pe categorii (conform Legii nr. 24/2007): 264.766,75 m².</w:t>
      </w:r>
    </w:p>
    <w:p w14:paraId="50F45174" w14:textId="77777777" w:rsidR="007868F2" w:rsidRPr="007F2C69" w:rsidRDefault="00000000">
      <w:pPr>
        <w:rPr>
          <w:lang w:val="it-IT"/>
        </w:rPr>
      </w:pPr>
      <w:r w:rsidRPr="007F2C69">
        <w:rPr>
          <w:rFonts w:ascii="Times New Roman" w:hAnsi="Times New Roman"/>
          <w:sz w:val="24"/>
          <w:lang w:val="it-IT"/>
        </w:rPr>
        <w:t>- Număr total de locuitori conform ultimelor date oficiale: 4211 locuitori.</w:t>
      </w:r>
    </w:p>
    <w:p w14:paraId="47E5B738" w14:textId="77777777" w:rsidR="007868F2" w:rsidRPr="00DC4093" w:rsidRDefault="00000000">
      <w:pPr>
        <w:rPr>
          <w:b/>
          <w:bCs/>
        </w:rPr>
      </w:pPr>
      <w:r w:rsidRPr="00DC4093">
        <w:rPr>
          <w:rFonts w:ascii="Times New Roman" w:hAnsi="Times New Roman"/>
          <w:b/>
          <w:bCs/>
          <w:sz w:val="24"/>
        </w:rPr>
        <w:t xml:space="preserve">- </w:t>
      </w:r>
      <w:proofErr w:type="spellStart"/>
      <w:r w:rsidRPr="00DC4093">
        <w:rPr>
          <w:rFonts w:ascii="Times New Roman" w:hAnsi="Times New Roman"/>
          <w:b/>
          <w:bCs/>
          <w:sz w:val="24"/>
        </w:rPr>
        <w:t>Suprafață</w:t>
      </w:r>
      <w:proofErr w:type="spellEnd"/>
      <w:r w:rsidRPr="00DC4093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DC4093">
        <w:rPr>
          <w:rFonts w:ascii="Times New Roman" w:hAnsi="Times New Roman"/>
          <w:b/>
          <w:bCs/>
          <w:sz w:val="24"/>
        </w:rPr>
        <w:t>spațiu</w:t>
      </w:r>
      <w:proofErr w:type="spellEnd"/>
      <w:r w:rsidRPr="00DC4093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DC4093">
        <w:rPr>
          <w:rFonts w:ascii="Times New Roman" w:hAnsi="Times New Roman"/>
          <w:b/>
          <w:bCs/>
          <w:sz w:val="24"/>
        </w:rPr>
        <w:t>verde</w:t>
      </w:r>
      <w:proofErr w:type="spellEnd"/>
      <w:r w:rsidRPr="00DC4093">
        <w:rPr>
          <w:rFonts w:ascii="Times New Roman" w:hAnsi="Times New Roman"/>
          <w:b/>
          <w:bCs/>
          <w:sz w:val="24"/>
        </w:rPr>
        <w:t xml:space="preserve"> per locuitor = 62,88 m²/locuitor.</w:t>
      </w:r>
    </w:p>
    <w:sectPr w:rsidR="007868F2" w:rsidRPr="00DC40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3834136">
    <w:abstractNumId w:val="8"/>
  </w:num>
  <w:num w:numId="2" w16cid:durableId="242642726">
    <w:abstractNumId w:val="6"/>
  </w:num>
  <w:num w:numId="3" w16cid:durableId="1958677273">
    <w:abstractNumId w:val="5"/>
  </w:num>
  <w:num w:numId="4" w16cid:durableId="1245215641">
    <w:abstractNumId w:val="4"/>
  </w:num>
  <w:num w:numId="5" w16cid:durableId="359281666">
    <w:abstractNumId w:val="7"/>
  </w:num>
  <w:num w:numId="6" w16cid:durableId="1423337215">
    <w:abstractNumId w:val="3"/>
  </w:num>
  <w:num w:numId="7" w16cid:durableId="590046984">
    <w:abstractNumId w:val="2"/>
  </w:num>
  <w:num w:numId="8" w16cid:durableId="1641111512">
    <w:abstractNumId w:val="1"/>
  </w:num>
  <w:num w:numId="9" w16cid:durableId="170990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68F2"/>
    <w:rsid w:val="007F2C69"/>
    <w:rsid w:val="00A5683F"/>
    <w:rsid w:val="00AA1D8D"/>
    <w:rsid w:val="00B47730"/>
    <w:rsid w:val="00CB0664"/>
    <w:rsid w:val="00DC4093"/>
    <w:rsid w:val="00F603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9446FA"/>
  <w14:defaultImageDpi w14:val="300"/>
  <w15:docId w15:val="{76CDC4F4-23AA-4BDF-A04F-346473DC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11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Mária VASZI</cp:lastModifiedBy>
  <cp:revision>2</cp:revision>
  <dcterms:created xsi:type="dcterms:W3CDTF">2013-12-23T23:15:00Z</dcterms:created>
  <dcterms:modified xsi:type="dcterms:W3CDTF">2026-08-19T05:35:00Z</dcterms:modified>
  <cp:category/>
</cp:coreProperties>
</file>